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4EE53" w14:textId="77777777" w:rsidR="005A0FEE" w:rsidRDefault="00000000">
      <w:pPr>
        <w:pStyle w:val="Ttulo1"/>
      </w:pPr>
      <w:r>
        <w:t>Drama Familiar – Post-Thanksgiving Skit (Student Guide)</w:t>
      </w:r>
    </w:p>
    <w:p w14:paraId="0667AE2A" w14:textId="77777777" w:rsidR="005A0FEE" w:rsidRDefault="00000000">
      <w:pPr>
        <w:pStyle w:val="Ttulo2"/>
      </w:pPr>
      <w:r>
        <w:t>Images for Your Skit</w:t>
      </w:r>
    </w:p>
    <w:p w14:paraId="529123B9" w14:textId="2A4014E4" w:rsidR="005A0FEE" w:rsidRPr="00F94C70" w:rsidRDefault="00000000" w:rsidP="00F94C70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r w:rsidRPr="00F94C70">
        <w:rPr>
          <w:b/>
          <w:bCs/>
          <w:sz w:val="28"/>
          <w:szCs w:val="28"/>
        </w:rPr>
        <w:t xml:space="preserve">Cocina destruida </w:t>
      </w:r>
    </w:p>
    <w:p w14:paraId="289FCE3F" w14:textId="4455A2EF" w:rsidR="00F94C70" w:rsidRPr="00F94C70" w:rsidRDefault="00F94C70" w:rsidP="00F94C70">
      <w:pPr>
        <w:pStyle w:val="Prrafodelista"/>
        <w:rPr>
          <w:b/>
          <w:bCs/>
        </w:rPr>
      </w:pPr>
      <w:r w:rsidRPr="00F94C70">
        <w:rPr>
          <w:b/>
          <w:bCs/>
          <w:noProof/>
        </w:rPr>
        <w:drawing>
          <wp:inline distT="0" distB="0" distL="0" distR="0" wp14:anchorId="265CA1E1" wp14:editId="3407F935">
            <wp:extent cx="2455333" cy="1381125"/>
            <wp:effectExtent l="0" t="0" r="2540" b="0"/>
            <wp:docPr id="109812369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071" cy="1383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45F54" w14:textId="2A96A9C7" w:rsidR="005A0FEE" w:rsidRPr="00F94C70" w:rsidRDefault="00000000" w:rsidP="00F94C70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r w:rsidRPr="00F94C70">
        <w:rPr>
          <w:b/>
          <w:bCs/>
          <w:sz w:val="28"/>
          <w:szCs w:val="28"/>
        </w:rPr>
        <w:t xml:space="preserve">Refrigerador lleno </w:t>
      </w:r>
    </w:p>
    <w:p w14:paraId="0AE91521" w14:textId="6F7FA18C" w:rsidR="00F94C70" w:rsidRDefault="00F94C70" w:rsidP="00F94C70">
      <w:pPr>
        <w:pStyle w:val="Prrafodelista"/>
      </w:pPr>
      <w:r>
        <w:rPr>
          <w:noProof/>
        </w:rPr>
        <w:drawing>
          <wp:inline distT="0" distB="0" distL="0" distR="0" wp14:anchorId="444094F0" wp14:editId="30521082">
            <wp:extent cx="2453819" cy="1381125"/>
            <wp:effectExtent l="0" t="0" r="3810" b="0"/>
            <wp:docPr id="29940572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030" cy="1384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9DB4E" w14:textId="7DA7DFC3" w:rsidR="005A0FEE" w:rsidRPr="00F94C70" w:rsidRDefault="00000000" w:rsidP="00F94C70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r w:rsidRPr="00F94C70">
        <w:rPr>
          <w:b/>
          <w:bCs/>
          <w:sz w:val="28"/>
          <w:szCs w:val="28"/>
        </w:rPr>
        <w:t xml:space="preserve">Gente dormida </w:t>
      </w:r>
    </w:p>
    <w:p w14:paraId="35C53037" w14:textId="68565AA0" w:rsidR="00F94C70" w:rsidRDefault="00F94C70" w:rsidP="00F94C70">
      <w:pPr>
        <w:pStyle w:val="Prrafodelista"/>
      </w:pPr>
      <w:r>
        <w:rPr>
          <w:noProof/>
        </w:rPr>
        <w:drawing>
          <wp:inline distT="0" distB="0" distL="0" distR="0" wp14:anchorId="70397351" wp14:editId="494FBD85">
            <wp:extent cx="2443163" cy="1628775"/>
            <wp:effectExtent l="0" t="0" r="0" b="0"/>
            <wp:docPr id="204486228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875" cy="1631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F053F" w14:textId="2C0F4244" w:rsidR="005A0FEE" w:rsidRPr="00F94C70" w:rsidRDefault="00000000" w:rsidP="00F94C70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r w:rsidRPr="00F94C70">
        <w:rPr>
          <w:b/>
          <w:bCs/>
          <w:sz w:val="28"/>
          <w:szCs w:val="28"/>
        </w:rPr>
        <w:t xml:space="preserve">Perro esperando comida </w:t>
      </w:r>
    </w:p>
    <w:p w14:paraId="477BFE6C" w14:textId="7C798ED1" w:rsidR="00F94C70" w:rsidRDefault="00F94C70" w:rsidP="00F94C70">
      <w:pPr>
        <w:pStyle w:val="Prrafodelista"/>
      </w:pPr>
      <w:r>
        <w:rPr>
          <w:noProof/>
        </w:rPr>
        <w:drawing>
          <wp:inline distT="0" distB="0" distL="0" distR="0" wp14:anchorId="6B90CB89" wp14:editId="75C4B5F5">
            <wp:extent cx="2501900" cy="1876425"/>
            <wp:effectExtent l="0" t="0" r="0" b="9525"/>
            <wp:docPr id="205281134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056" cy="1876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EF796" w14:textId="77777777" w:rsidR="00F94C70" w:rsidRDefault="00F94C70" w:rsidP="00F94C70">
      <w:pPr>
        <w:pStyle w:val="Prrafodelista"/>
      </w:pPr>
    </w:p>
    <w:p w14:paraId="29F9076C" w14:textId="16857A3B" w:rsidR="005A0FEE" w:rsidRPr="00F94C70" w:rsidRDefault="00000000" w:rsidP="00F94C70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r w:rsidRPr="00F94C70">
        <w:rPr>
          <w:b/>
          <w:bCs/>
          <w:sz w:val="28"/>
          <w:szCs w:val="28"/>
        </w:rPr>
        <w:t xml:space="preserve">Compradores agotados del Black Friday  </w:t>
      </w:r>
    </w:p>
    <w:p w14:paraId="51FA45E4" w14:textId="03055701" w:rsidR="00F94C70" w:rsidRDefault="00F94C70" w:rsidP="00F94C70">
      <w:pPr>
        <w:pStyle w:val="Prrafodelista"/>
      </w:pPr>
      <w:r>
        <w:rPr>
          <w:noProof/>
        </w:rPr>
        <w:drawing>
          <wp:inline distT="0" distB="0" distL="0" distR="0" wp14:anchorId="1DCCD797" wp14:editId="460A7A50">
            <wp:extent cx="2443163" cy="1628775"/>
            <wp:effectExtent l="0" t="0" r="0" b="0"/>
            <wp:docPr id="1177404813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048" cy="163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E834A" w14:textId="64EDE172" w:rsidR="005A0FEE" w:rsidRPr="00F94C70" w:rsidRDefault="00000000" w:rsidP="00F94C70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r w:rsidRPr="00F94C70">
        <w:rPr>
          <w:b/>
          <w:bCs/>
          <w:sz w:val="28"/>
          <w:szCs w:val="28"/>
        </w:rPr>
        <w:t xml:space="preserve">Sala hecha un desastre  </w:t>
      </w:r>
    </w:p>
    <w:p w14:paraId="620BA5AF" w14:textId="31F6E56A" w:rsidR="00F94C70" w:rsidRDefault="00F94C70" w:rsidP="00F94C70">
      <w:pPr>
        <w:pStyle w:val="Prrafodelista"/>
      </w:pPr>
      <w:r>
        <w:rPr>
          <w:noProof/>
        </w:rPr>
        <w:drawing>
          <wp:inline distT="0" distB="0" distL="0" distR="0" wp14:anchorId="351DBC19" wp14:editId="0F50B4A1">
            <wp:extent cx="2505075" cy="1961149"/>
            <wp:effectExtent l="0" t="0" r="0" b="1270"/>
            <wp:docPr id="311900583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696" cy="1963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F8B8B" w14:textId="77777777" w:rsidR="005A0FEE" w:rsidRDefault="00000000">
      <w:pPr>
        <w:pStyle w:val="Ttulo2"/>
      </w:pPr>
      <w:r>
        <w:t>Required Minimum Interactions Between Group Members</w:t>
      </w:r>
    </w:p>
    <w:p w14:paraId="5A392F48" w14:textId="77777777" w:rsidR="005A0FEE" w:rsidRDefault="00000000">
      <w:r>
        <w:t>Your skit MUST include all five interactions below, each with a model example using both the preterite and imperfect.</w:t>
      </w:r>
    </w:p>
    <w:p w14:paraId="5ED7CA8D" w14:textId="77777777" w:rsidR="005A0FEE" w:rsidRDefault="00000000">
      <w:pPr>
        <w:pStyle w:val="Ttulo3"/>
      </w:pPr>
      <w:r>
        <w:t>1️⃣ A Confrontation (un enfrentamiento)</w:t>
      </w:r>
    </w:p>
    <w:p w14:paraId="1782648F" w14:textId="77777777" w:rsidR="005A0FEE" w:rsidRDefault="00000000">
      <w:r>
        <w:t>Example: “Tú sabías la verdad (imperfecto) y no dijiste nada (pretérito)!”</w:t>
      </w:r>
    </w:p>
    <w:p w14:paraId="0058738E" w14:textId="77777777" w:rsidR="005A0FEE" w:rsidRDefault="00000000">
      <w:pPr>
        <w:pStyle w:val="Ttulo3"/>
      </w:pPr>
      <w:r>
        <w:t>2️⃣ A Confession (una confesión dramática)</w:t>
      </w:r>
    </w:p>
    <w:p w14:paraId="5C55CB80" w14:textId="77777777" w:rsidR="005A0FEE" w:rsidRDefault="00000000">
      <w:r>
        <w:t>Example: “Está bien… yo trataba de ayudar (imperfecto), pero al final tiré el puré de papa (pretérito).”</w:t>
      </w:r>
    </w:p>
    <w:p w14:paraId="626CE130" w14:textId="77777777" w:rsidR="005A0FEE" w:rsidRDefault="00000000">
      <w:pPr>
        <w:pStyle w:val="Ttulo3"/>
      </w:pPr>
      <w:r>
        <w:t>3️⃣ A Dramatic Interruption (una interrupción repentina)</w:t>
      </w:r>
    </w:p>
    <w:p w14:paraId="0607E80D" w14:textId="77777777" w:rsidR="005A0FEE" w:rsidRDefault="00000000">
      <w:r>
        <w:t>Example: “Todos limpiaban la cocina (imperfecto) cuando entró la abuela gritando (pretérito).”</w:t>
      </w:r>
    </w:p>
    <w:p w14:paraId="785DE6A1" w14:textId="77777777" w:rsidR="005A0FEE" w:rsidRDefault="00000000">
      <w:pPr>
        <w:pStyle w:val="Ttulo3"/>
      </w:pPr>
      <w:r>
        <w:t>4️⃣ A Shocking Revelation (una revelación impactante)</w:t>
      </w:r>
    </w:p>
    <w:p w14:paraId="45659943" w14:textId="77777777" w:rsidR="005A0FEE" w:rsidRDefault="00000000">
      <w:r>
        <w:t>Example: “Todos creían que el pavo estaba a salvo (imperfecto), pero en realidad el perro se lo comió (pretérito).”</w:t>
      </w:r>
    </w:p>
    <w:p w14:paraId="65B57308" w14:textId="77777777" w:rsidR="005A0FEE" w:rsidRDefault="00000000">
      <w:pPr>
        <w:pStyle w:val="Ttulo3"/>
      </w:pPr>
      <w:r>
        <w:lastRenderedPageBreak/>
        <w:t>5️⃣ A Telenovela Closing Line (una frase final dramática)</w:t>
      </w:r>
    </w:p>
    <w:p w14:paraId="7D0AF5FC" w14:textId="77777777" w:rsidR="005A0FEE" w:rsidRDefault="00000000">
      <w:r>
        <w:t>Example: “Nuestra familia parecía perfecta (imperfecto)… hasta que tú llegaste con la verdad (pretérito). Esta familia… nunca volverá a ser la misma.”</w:t>
      </w:r>
    </w:p>
    <w:p w14:paraId="288BBCF5" w14:textId="450CE851" w:rsidR="005A0FEE" w:rsidRDefault="00000000">
      <w:pPr>
        <w:pStyle w:val="Ttulo2"/>
      </w:pPr>
      <w:r>
        <w:t xml:space="preserve">Vocabulary List </w:t>
      </w:r>
    </w:p>
    <w:p w14:paraId="13DCD8F3" w14:textId="77777777" w:rsidR="005A0FEE" w:rsidRDefault="00000000">
      <w:pPr>
        <w:pStyle w:val="Ttulo3"/>
      </w:pPr>
      <w:r>
        <w:t>Cocina / Kitchen</w:t>
      </w:r>
    </w:p>
    <w:p w14:paraId="1A7BA2DE" w14:textId="77777777" w:rsidR="005A0FEE" w:rsidRDefault="00000000">
      <w:r>
        <w:t>la cocina — kitchen</w:t>
      </w:r>
    </w:p>
    <w:p w14:paraId="1423E828" w14:textId="77777777" w:rsidR="005A0FEE" w:rsidRDefault="00000000">
      <w:r>
        <w:t>los platos sucios — dirty dishes</w:t>
      </w:r>
    </w:p>
    <w:p w14:paraId="408E0146" w14:textId="77777777" w:rsidR="005A0FEE" w:rsidRDefault="00000000">
      <w:r>
        <w:t>el fregadero — sink</w:t>
      </w:r>
    </w:p>
    <w:p w14:paraId="22D3C3DB" w14:textId="77777777" w:rsidR="005A0FEE" w:rsidRDefault="00000000">
      <w:r>
        <w:t>la olla — pot</w:t>
      </w:r>
    </w:p>
    <w:p w14:paraId="310D71D7" w14:textId="77777777" w:rsidR="005A0FEE" w:rsidRDefault="00000000">
      <w:r>
        <w:t>la sartén — pan</w:t>
      </w:r>
    </w:p>
    <w:p w14:paraId="6BD5114E" w14:textId="77777777" w:rsidR="005A0FEE" w:rsidRDefault="00000000">
      <w:r>
        <w:t>el horno — oven</w:t>
      </w:r>
    </w:p>
    <w:p w14:paraId="6805D31F" w14:textId="77777777" w:rsidR="005A0FEE" w:rsidRDefault="00000000">
      <w:r>
        <w:t>el microondas — microwave</w:t>
      </w:r>
    </w:p>
    <w:p w14:paraId="42813AC8" w14:textId="77777777" w:rsidR="005A0FEE" w:rsidRDefault="00000000">
      <w:r>
        <w:t>la encimera — countertop</w:t>
      </w:r>
    </w:p>
    <w:p w14:paraId="72B8E16C" w14:textId="77777777" w:rsidR="005A0FEE" w:rsidRDefault="00000000">
      <w:r>
        <w:t>el desorden — mess</w:t>
      </w:r>
    </w:p>
    <w:p w14:paraId="39ACD31D" w14:textId="77777777" w:rsidR="005A0FEE" w:rsidRDefault="00000000">
      <w:r>
        <w:t>el humo — smoke</w:t>
      </w:r>
    </w:p>
    <w:p w14:paraId="362BC226" w14:textId="77777777" w:rsidR="005A0FEE" w:rsidRDefault="00000000">
      <w:pPr>
        <w:pStyle w:val="Ttulo3"/>
      </w:pPr>
      <w:r>
        <w:t>Comida y Sobras / Food &amp; Leftovers</w:t>
      </w:r>
    </w:p>
    <w:p w14:paraId="47C3F1A3" w14:textId="77777777" w:rsidR="005A0FEE" w:rsidRDefault="00000000">
      <w:r>
        <w:t>las sobras — leftovers</w:t>
      </w:r>
    </w:p>
    <w:p w14:paraId="4319DF25" w14:textId="77777777" w:rsidR="005A0FEE" w:rsidRDefault="00000000">
      <w:r>
        <w:t>el pavo — turkey</w:t>
      </w:r>
    </w:p>
    <w:p w14:paraId="52925B9E" w14:textId="77777777" w:rsidR="005A0FEE" w:rsidRDefault="00000000">
      <w:r>
        <w:t>el puré de papa — mashed potatoes</w:t>
      </w:r>
    </w:p>
    <w:p w14:paraId="53D199AF" w14:textId="77777777" w:rsidR="005A0FEE" w:rsidRDefault="00000000">
      <w:r>
        <w:t>el pastel — pie</w:t>
      </w:r>
    </w:p>
    <w:p w14:paraId="2B01ADE2" w14:textId="77777777" w:rsidR="005A0FEE" w:rsidRDefault="00000000">
      <w:r>
        <w:t>la salsa — gravy/sauce</w:t>
      </w:r>
    </w:p>
    <w:p w14:paraId="7A7892BC" w14:textId="77777777" w:rsidR="005A0FEE" w:rsidRDefault="00000000">
      <w:r>
        <w:t>la bandeja — tray</w:t>
      </w:r>
    </w:p>
    <w:p w14:paraId="7EA23C1E" w14:textId="77777777" w:rsidR="005A0FEE" w:rsidRDefault="00000000">
      <w:r>
        <w:t>el refrigerador — fridge</w:t>
      </w:r>
    </w:p>
    <w:p w14:paraId="30E934A0" w14:textId="77777777" w:rsidR="005A0FEE" w:rsidRDefault="00000000">
      <w:r>
        <w:t>los contenedores — containers</w:t>
      </w:r>
    </w:p>
    <w:p w14:paraId="7D949CFD" w14:textId="77777777" w:rsidR="005A0FEE" w:rsidRDefault="00000000">
      <w:r>
        <w:t>el olor fuerte — strong smell</w:t>
      </w:r>
    </w:p>
    <w:p w14:paraId="49577EF6" w14:textId="77777777" w:rsidR="005A0FEE" w:rsidRDefault="00000000">
      <w:pPr>
        <w:pStyle w:val="Ttulo3"/>
      </w:pPr>
      <w:r>
        <w:t>Personas / People</w:t>
      </w:r>
    </w:p>
    <w:p w14:paraId="3CAE7052" w14:textId="77777777" w:rsidR="005A0FEE" w:rsidRDefault="00000000">
      <w:r>
        <w:t>la familia — family</w:t>
      </w:r>
    </w:p>
    <w:p w14:paraId="0B17C22C" w14:textId="77777777" w:rsidR="005A0FEE" w:rsidRDefault="00000000">
      <w:r>
        <w:t>los invitados — guests</w:t>
      </w:r>
    </w:p>
    <w:p w14:paraId="2980D74B" w14:textId="77777777" w:rsidR="005A0FEE" w:rsidRDefault="00000000">
      <w:r>
        <w:lastRenderedPageBreak/>
        <w:t>mi primo / prima — cousin</w:t>
      </w:r>
    </w:p>
    <w:p w14:paraId="4ED032C2" w14:textId="77777777" w:rsidR="005A0FEE" w:rsidRDefault="00000000">
      <w:r>
        <w:t>mi tío / tía — uncle/aunt</w:t>
      </w:r>
    </w:p>
    <w:p w14:paraId="24382681" w14:textId="77777777" w:rsidR="005A0FEE" w:rsidRDefault="00000000">
      <w:r>
        <w:t>dormido/a — asleep</w:t>
      </w:r>
    </w:p>
    <w:p w14:paraId="1929D72A" w14:textId="77777777" w:rsidR="005A0FEE" w:rsidRDefault="00000000">
      <w:r>
        <w:t>agotado/a — exhausted</w:t>
      </w:r>
    </w:p>
    <w:p w14:paraId="753037DA" w14:textId="77777777" w:rsidR="005A0FEE" w:rsidRDefault="00000000">
      <w:r>
        <w:t>gritar — to shout</w:t>
      </w:r>
    </w:p>
    <w:p w14:paraId="55DB9EFB" w14:textId="77777777" w:rsidR="005A0FEE" w:rsidRDefault="00000000">
      <w:r>
        <w:t>discutir — to argue</w:t>
      </w:r>
    </w:p>
    <w:p w14:paraId="656ED587" w14:textId="77777777" w:rsidR="005A0FEE" w:rsidRDefault="00000000">
      <w:r>
        <w:t>pelear — to fight</w:t>
      </w:r>
    </w:p>
    <w:p w14:paraId="68028DC8" w14:textId="77777777" w:rsidR="005A0FEE" w:rsidRDefault="00000000">
      <w:pPr>
        <w:pStyle w:val="Ttulo3"/>
      </w:pPr>
      <w:r>
        <w:t>Sala / Living Room</w:t>
      </w:r>
    </w:p>
    <w:p w14:paraId="45062785" w14:textId="77777777" w:rsidR="005A0FEE" w:rsidRDefault="00000000">
      <w:r>
        <w:t>la sala — living room</w:t>
      </w:r>
    </w:p>
    <w:p w14:paraId="1826E872" w14:textId="77777777" w:rsidR="005A0FEE" w:rsidRDefault="00000000">
      <w:r>
        <w:t>el sofá — couch</w:t>
      </w:r>
    </w:p>
    <w:p w14:paraId="27B009B3" w14:textId="77777777" w:rsidR="005A0FEE" w:rsidRDefault="00000000">
      <w:r>
        <w:t>las mantas — blankets</w:t>
      </w:r>
    </w:p>
    <w:p w14:paraId="2770D8EB" w14:textId="77777777" w:rsidR="005A0FEE" w:rsidRDefault="00000000">
      <w:r>
        <w:t>el piso — floor</w:t>
      </w:r>
    </w:p>
    <w:p w14:paraId="2F3E6E63" w14:textId="77777777" w:rsidR="005A0FEE" w:rsidRDefault="00000000">
      <w:r>
        <w:t>las botanas — snacks</w:t>
      </w:r>
    </w:p>
    <w:p w14:paraId="091D9C97" w14:textId="77777777" w:rsidR="005A0FEE" w:rsidRDefault="00000000">
      <w:r>
        <w:t>el caos — chaos</w:t>
      </w:r>
    </w:p>
    <w:p w14:paraId="500D116A" w14:textId="77777777" w:rsidR="005A0FEE" w:rsidRDefault="00000000">
      <w:pPr>
        <w:pStyle w:val="Ttulo3"/>
      </w:pPr>
      <w:r>
        <w:t>Perro / Dog</w:t>
      </w:r>
    </w:p>
    <w:p w14:paraId="2061F111" w14:textId="77777777" w:rsidR="005A0FEE" w:rsidRDefault="00000000">
      <w:r>
        <w:t>el perro — dog</w:t>
      </w:r>
    </w:p>
    <w:p w14:paraId="6869DFAE" w14:textId="77777777" w:rsidR="005A0FEE" w:rsidRDefault="00000000">
      <w:r>
        <w:t>ladrar — to bark</w:t>
      </w:r>
    </w:p>
    <w:p w14:paraId="40B7137E" w14:textId="77777777" w:rsidR="005A0FEE" w:rsidRDefault="00000000">
      <w:r>
        <w:t>robar comida — to steal food</w:t>
      </w:r>
    </w:p>
    <w:p w14:paraId="4A739739" w14:textId="77777777" w:rsidR="005A0FEE" w:rsidRDefault="00000000">
      <w:r>
        <w:t>oler — to smell</w:t>
      </w:r>
    </w:p>
    <w:p w14:paraId="4F7D465D" w14:textId="77777777" w:rsidR="005A0FEE" w:rsidRDefault="00000000">
      <w:r>
        <w:t>esperar — to wait</w:t>
      </w:r>
    </w:p>
    <w:p w14:paraId="140143C4" w14:textId="77777777" w:rsidR="005A0FEE" w:rsidRDefault="00000000">
      <w:pPr>
        <w:pStyle w:val="Ttulo3"/>
      </w:pPr>
      <w:r>
        <w:t>Black Friday</w:t>
      </w:r>
    </w:p>
    <w:p w14:paraId="0F9171D9" w14:textId="77777777" w:rsidR="005A0FEE" w:rsidRDefault="00000000">
      <w:r>
        <w:t>las compras — shopping</w:t>
      </w:r>
    </w:p>
    <w:p w14:paraId="59C95BC9" w14:textId="77777777" w:rsidR="005A0FEE" w:rsidRDefault="00000000">
      <w:r>
        <w:t>la fila — line</w:t>
      </w:r>
    </w:p>
    <w:p w14:paraId="1CD31293" w14:textId="77777777" w:rsidR="005A0FEE" w:rsidRDefault="00000000">
      <w:r>
        <w:t>agotado/a — exhausted</w:t>
      </w:r>
    </w:p>
    <w:p w14:paraId="687C6219" w14:textId="77777777" w:rsidR="005A0FEE" w:rsidRDefault="00000000">
      <w:r>
        <w:t>la tienda — store</w:t>
      </w:r>
    </w:p>
    <w:p w14:paraId="06CC4AFA" w14:textId="77777777" w:rsidR="005A0FEE" w:rsidRDefault="00000000">
      <w:r>
        <w:t>las ofertas — sales/deals</w:t>
      </w:r>
    </w:p>
    <w:p w14:paraId="66650FE4" w14:textId="77777777" w:rsidR="005A0FEE" w:rsidRDefault="00000000">
      <w:r>
        <w:t>correr — to run</w:t>
      </w:r>
    </w:p>
    <w:p w14:paraId="4E1F8B13" w14:textId="77777777" w:rsidR="005A0FEE" w:rsidRDefault="00000000">
      <w:r>
        <w:lastRenderedPageBreak/>
        <w:t>empujar — to push</w:t>
      </w:r>
    </w:p>
    <w:p w14:paraId="2B272B4D" w14:textId="77777777" w:rsidR="005A0FEE" w:rsidRDefault="00000000">
      <w:pPr>
        <w:pStyle w:val="Ttulo3"/>
      </w:pPr>
      <w:r>
        <w:t>Drama Familiar Vocabulary</w:t>
      </w:r>
    </w:p>
    <w:p w14:paraId="18B4E2D2" w14:textId="77777777" w:rsidR="005A0FEE" w:rsidRDefault="00000000">
      <w:r>
        <w:t>¡No puede ser! — It can't be!</w:t>
      </w:r>
    </w:p>
    <w:p w14:paraId="6E6E4E74" w14:textId="77777777" w:rsidR="005A0FEE" w:rsidRDefault="00000000">
      <w:r>
        <w:t>¡Es una tragedia! — It's a tragedy!</w:t>
      </w:r>
    </w:p>
    <w:p w14:paraId="18C4B2E0" w14:textId="77777777" w:rsidR="005A0FEE" w:rsidRDefault="00000000">
      <w:r>
        <w:t>¡Tú sabías la verdad! — You knew the truth!</w:t>
      </w:r>
    </w:p>
    <w:p w14:paraId="4D0F033B" w14:textId="77777777" w:rsidR="005A0FEE" w:rsidRDefault="00000000">
      <w:r>
        <w:t>¡Dime la verdad! — Tell me the truth!</w:t>
      </w:r>
    </w:p>
    <w:p w14:paraId="53FBCFB1" w14:textId="77777777" w:rsidR="005A0FEE" w:rsidRDefault="00000000">
      <w:r>
        <w:t>¡Esto no puede continuar así! — This cannot continue!</w:t>
      </w:r>
    </w:p>
    <w:p w14:paraId="7E5B8A4B" w14:textId="77777777" w:rsidR="005A0FEE" w:rsidRDefault="00000000">
      <w:pPr>
        <w:pStyle w:val="Ttulo2"/>
      </w:pPr>
      <w:r>
        <w:t>Rubric – 20 Points</w:t>
      </w:r>
    </w:p>
    <w:p w14:paraId="18D56D03" w14:textId="77777777" w:rsidR="005A0FEE" w:rsidRDefault="00000000">
      <w:pPr>
        <w:pStyle w:val="Ttulo3"/>
      </w:pPr>
      <w:r>
        <w:t>Use of Preterite &amp; Imperfect (6 points)</w:t>
      </w:r>
    </w:p>
    <w:p w14:paraId="4EC3D90A" w14:textId="77777777" w:rsidR="005A0FEE" w:rsidRDefault="00000000">
      <w:r>
        <w:t>Consistently uses both tenses correctly and meaningfully in the skit.</w:t>
      </w:r>
    </w:p>
    <w:p w14:paraId="4A6A4360" w14:textId="77777777" w:rsidR="005A0FEE" w:rsidRDefault="00000000">
      <w:pPr>
        <w:pStyle w:val="Ttulo3"/>
      </w:pPr>
      <w:r>
        <w:t>Drama &amp; Creativity (4 points)</w:t>
      </w:r>
    </w:p>
    <w:p w14:paraId="69A7A58B" w14:textId="77777777" w:rsidR="005A0FEE" w:rsidRDefault="00000000">
      <w:r>
        <w:t>Tone, gestures, and exaggeration clearly reflect a telenovela-style performance.</w:t>
      </w:r>
    </w:p>
    <w:p w14:paraId="5F86C65F" w14:textId="77777777" w:rsidR="005A0FEE" w:rsidRDefault="00000000">
      <w:pPr>
        <w:pStyle w:val="Ttulo3"/>
      </w:pPr>
      <w:r>
        <w:t>Vocabulary Use (4 points)</w:t>
      </w:r>
    </w:p>
    <w:p w14:paraId="50751489" w14:textId="77777777" w:rsidR="005A0FEE" w:rsidRDefault="00000000">
      <w:r>
        <w:t>Uses a wide range of vocabulary from the provided list in appropriate contexts.</w:t>
      </w:r>
    </w:p>
    <w:p w14:paraId="36A1A66F" w14:textId="77777777" w:rsidR="005A0FEE" w:rsidRDefault="00000000">
      <w:pPr>
        <w:pStyle w:val="Ttulo3"/>
      </w:pPr>
      <w:r>
        <w:t>Group Interaction (4 points)</w:t>
      </w:r>
    </w:p>
    <w:p w14:paraId="727AC1EB" w14:textId="77777777" w:rsidR="005A0FEE" w:rsidRDefault="00000000">
      <w:r>
        <w:t>Includes all 5 required interactions: confrontation, confession, interruption, revelation, final dramatic line.</w:t>
      </w:r>
    </w:p>
    <w:p w14:paraId="6A6E4D27" w14:textId="77777777" w:rsidR="005A0FEE" w:rsidRDefault="00000000">
      <w:pPr>
        <w:pStyle w:val="Ttulo3"/>
      </w:pPr>
      <w:r>
        <w:t>Pronunciation &amp; Fluency (2 points)</w:t>
      </w:r>
    </w:p>
    <w:p w14:paraId="2492C9E1" w14:textId="77777777" w:rsidR="005A0FEE" w:rsidRDefault="00000000">
      <w:r>
        <w:t>Speaks clearly, confidently, and stays in Spanish throughout the skit.</w:t>
      </w:r>
    </w:p>
    <w:sectPr w:rsidR="005A0FE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16A2F8D"/>
    <w:multiLevelType w:val="hybridMultilevel"/>
    <w:tmpl w:val="E040728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9257566">
    <w:abstractNumId w:val="8"/>
  </w:num>
  <w:num w:numId="2" w16cid:durableId="835144747">
    <w:abstractNumId w:val="6"/>
  </w:num>
  <w:num w:numId="3" w16cid:durableId="695815793">
    <w:abstractNumId w:val="5"/>
  </w:num>
  <w:num w:numId="4" w16cid:durableId="2097092189">
    <w:abstractNumId w:val="4"/>
  </w:num>
  <w:num w:numId="5" w16cid:durableId="1208763273">
    <w:abstractNumId w:val="7"/>
  </w:num>
  <w:num w:numId="6" w16cid:durableId="469445928">
    <w:abstractNumId w:val="3"/>
  </w:num>
  <w:num w:numId="7" w16cid:durableId="419177390">
    <w:abstractNumId w:val="2"/>
  </w:num>
  <w:num w:numId="8" w16cid:durableId="1443110178">
    <w:abstractNumId w:val="1"/>
  </w:num>
  <w:num w:numId="9" w16cid:durableId="103614814">
    <w:abstractNumId w:val="0"/>
  </w:num>
  <w:num w:numId="10" w16cid:durableId="19513580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50DDB"/>
    <w:rsid w:val="005A0FEE"/>
    <w:rsid w:val="008B781F"/>
    <w:rsid w:val="00AA1D8D"/>
    <w:rsid w:val="00B47730"/>
    <w:rsid w:val="00CB0664"/>
    <w:rsid w:val="00F94C7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FA555C"/>
  <w14:defaultImageDpi w14:val="300"/>
  <w15:docId w15:val="{4B3C5E21-B3BC-4EC6-856E-52AD76303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478</Words>
  <Characters>2629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3101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srojeda21@outlook.com</cp:lastModifiedBy>
  <cp:revision>2</cp:revision>
  <dcterms:created xsi:type="dcterms:W3CDTF">2013-12-23T23:15:00Z</dcterms:created>
  <dcterms:modified xsi:type="dcterms:W3CDTF">2025-11-29T16:21:00Z</dcterms:modified>
  <cp:category/>
</cp:coreProperties>
</file>