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EAF88E" w14:textId="77777777" w:rsidR="009D6E77" w:rsidRDefault="00000000">
      <w:pPr>
        <w:pStyle w:val="Ttulo1"/>
      </w:pPr>
      <w:r>
        <w:t>Drama Familiar – Novice High Version (Present + Preterite Only)</w:t>
      </w:r>
    </w:p>
    <w:p w14:paraId="604E444A" w14:textId="77777777" w:rsidR="009D6E77" w:rsidRDefault="00000000">
      <w:pPr>
        <w:pStyle w:val="Ttulo2"/>
      </w:pPr>
      <w:r>
        <w:t>Instructions</w:t>
      </w:r>
    </w:p>
    <w:p w14:paraId="22DA169B" w14:textId="77777777" w:rsidR="009D6E77" w:rsidRDefault="00000000">
      <w:r>
        <w:t>Your group will create a 45–75 second dramatic skit based on a “day after Thanksgiving” image.</w:t>
      </w:r>
    </w:p>
    <w:p w14:paraId="23A1F022" w14:textId="77777777" w:rsidR="009D6E77" w:rsidRDefault="00000000">
      <w:r>
        <w:t>You MUST use only the present tense and the preterite.</w:t>
      </w:r>
    </w:p>
    <w:p w14:paraId="16860831" w14:textId="77777777" w:rsidR="009D6E77" w:rsidRDefault="00000000">
      <w:r>
        <w:t>Keep your sentences short, clear, and dramatic.</w:t>
      </w:r>
    </w:p>
    <w:p w14:paraId="0A810A4A" w14:textId="77777777" w:rsidR="009D6E77" w:rsidRDefault="00000000">
      <w:pPr>
        <w:pStyle w:val="Ttulo2"/>
      </w:pPr>
      <w:r>
        <w:t>Required Elements</w:t>
      </w:r>
    </w:p>
    <w:p w14:paraId="13747833" w14:textId="77777777" w:rsidR="009D6E77" w:rsidRDefault="00000000">
      <w:pPr>
        <w:pStyle w:val="Ttulo3"/>
      </w:pPr>
      <w:r>
        <w:t>1️⃣ A Confrontation</w:t>
      </w:r>
    </w:p>
    <w:p w14:paraId="763402A8" w14:textId="77777777" w:rsidR="009D6E77" w:rsidRDefault="00000000">
      <w:r>
        <w:t>Examples:</w:t>
      </w:r>
    </w:p>
    <w:p w14:paraId="4456E7D5" w14:textId="77777777" w:rsidR="009D6E77" w:rsidRDefault="00000000">
      <w:r>
        <w:t>• “Tú comes todo el pastel ahora.” (present)</w:t>
      </w:r>
    </w:p>
    <w:p w14:paraId="5508B982" w14:textId="77777777" w:rsidR="009D6E77" w:rsidRDefault="00000000">
      <w:r>
        <w:t>• “Tú tiraste la salsa.” (preterite)</w:t>
      </w:r>
    </w:p>
    <w:p w14:paraId="4AC195FB" w14:textId="77777777" w:rsidR="009D6E77" w:rsidRDefault="00000000">
      <w:pPr>
        <w:pStyle w:val="Ttulo3"/>
      </w:pPr>
      <w:r>
        <w:t>2️⃣ A Confession</w:t>
      </w:r>
    </w:p>
    <w:p w14:paraId="7FA38B48" w14:textId="77777777" w:rsidR="009D6E77" w:rsidRDefault="00000000">
      <w:r>
        <w:t>Examples:</w:t>
      </w:r>
    </w:p>
    <w:p w14:paraId="402345D6" w14:textId="77777777" w:rsidR="009D6E77" w:rsidRDefault="00000000">
      <w:r>
        <w:t>• “Está bien… yo rompí el plato.”</w:t>
      </w:r>
    </w:p>
    <w:p w14:paraId="243B062D" w14:textId="77777777" w:rsidR="009D6E77" w:rsidRDefault="00000000">
      <w:r>
        <w:t>• “Sí… yo comí el puré.”</w:t>
      </w:r>
    </w:p>
    <w:p w14:paraId="0768A140" w14:textId="77777777" w:rsidR="009D6E77" w:rsidRDefault="00000000">
      <w:pPr>
        <w:pStyle w:val="Ttulo3"/>
      </w:pPr>
      <w:r>
        <w:t>3️⃣ A Dramatic Moment</w:t>
      </w:r>
    </w:p>
    <w:p w14:paraId="53FED0DE" w14:textId="77777777" w:rsidR="009D6E77" w:rsidRDefault="00000000">
      <w:r>
        <w:t>Examples:</w:t>
      </w:r>
    </w:p>
    <w:p w14:paraId="719FAC76" w14:textId="77777777" w:rsidR="009D6E77" w:rsidRDefault="00000000">
      <w:r>
        <w:t>• “Todos hablan… y mi mamá entra.” (present)</w:t>
      </w:r>
    </w:p>
    <w:p w14:paraId="15A82694" w14:textId="77777777" w:rsidR="009D6E77" w:rsidRDefault="00000000">
      <w:r>
        <w:t>• “La abuela gritó esta mañana.” (preterite)</w:t>
      </w:r>
    </w:p>
    <w:p w14:paraId="6EDCAB0B" w14:textId="77777777" w:rsidR="009D6E77" w:rsidRDefault="00000000">
      <w:pPr>
        <w:pStyle w:val="Ttulo3"/>
      </w:pPr>
      <w:r>
        <w:t>4️⃣ A Shocking Revelation</w:t>
      </w:r>
    </w:p>
    <w:p w14:paraId="229AB671" w14:textId="77777777" w:rsidR="009D6E77" w:rsidRDefault="00000000">
      <w:r>
        <w:t>Examples:</w:t>
      </w:r>
    </w:p>
    <w:p w14:paraId="2455C0D4" w14:textId="77777777" w:rsidR="009D6E77" w:rsidRDefault="00000000">
      <w:r>
        <w:t>• “¡El perro se comió el pavo!”</w:t>
      </w:r>
    </w:p>
    <w:p w14:paraId="08D34C34" w14:textId="77777777" w:rsidR="009D6E77" w:rsidRDefault="00000000">
      <w:r>
        <w:t>• “Mi primo hizo el desastre.”</w:t>
      </w:r>
    </w:p>
    <w:p w14:paraId="2D1F096F" w14:textId="77777777" w:rsidR="009D6E77" w:rsidRDefault="00000000">
      <w:pPr>
        <w:pStyle w:val="Ttulo3"/>
      </w:pPr>
      <w:r>
        <w:t>5️⃣ A Final Dramatic Line</w:t>
      </w:r>
    </w:p>
    <w:p w14:paraId="1AB9B70D" w14:textId="77777777" w:rsidR="009D6E77" w:rsidRDefault="00000000">
      <w:r>
        <w:t>Examples:</w:t>
      </w:r>
    </w:p>
    <w:p w14:paraId="61B02B63" w14:textId="77777777" w:rsidR="009D6E77" w:rsidRDefault="00000000">
      <w:r>
        <w:t>• “Esta familia no está lista para otro Thanksgiving.”</w:t>
      </w:r>
    </w:p>
    <w:p w14:paraId="3E7D619C" w14:textId="77777777" w:rsidR="009D6E77" w:rsidRDefault="00000000">
      <w:r>
        <w:t>• “Todo cambió hoy.”</w:t>
      </w:r>
    </w:p>
    <w:p w14:paraId="6B16860B" w14:textId="77777777" w:rsidR="009D6E77" w:rsidRDefault="00000000">
      <w:pPr>
        <w:pStyle w:val="Ttulo2"/>
      </w:pPr>
      <w:r>
        <w:lastRenderedPageBreak/>
        <w:t>Vocabulary Support (Present + Preterite)</w:t>
      </w:r>
    </w:p>
    <w:p w14:paraId="5A21552C" w14:textId="77777777" w:rsidR="009D6E77" w:rsidRDefault="00000000">
      <w:pPr>
        <w:pStyle w:val="Ttulo3"/>
      </w:pPr>
      <w:r>
        <w:t>Present Tense Verbs</w:t>
      </w:r>
    </w:p>
    <w:p w14:paraId="4BCD5884" w14:textId="77777777" w:rsidR="009D6E77" w:rsidRDefault="00000000">
      <w:r>
        <w:t>hay — there is/are</w:t>
      </w:r>
    </w:p>
    <w:p w14:paraId="1FC9B07F" w14:textId="77777777" w:rsidR="009D6E77" w:rsidRDefault="00000000">
      <w:r>
        <w:t>está — is (location/emotion)</w:t>
      </w:r>
    </w:p>
    <w:p w14:paraId="1784CB3C" w14:textId="77777777" w:rsidR="009D6E77" w:rsidRDefault="00000000">
      <w:r>
        <w:t>es — is (description)</w:t>
      </w:r>
    </w:p>
    <w:p w14:paraId="5C758121" w14:textId="77777777" w:rsidR="009D6E77" w:rsidRDefault="00000000">
      <w:r>
        <w:t>tiene — has</w:t>
      </w:r>
    </w:p>
    <w:p w14:paraId="22E7C201" w14:textId="77777777" w:rsidR="009D6E77" w:rsidRDefault="00000000">
      <w:r>
        <w:t>come — eats</w:t>
      </w:r>
    </w:p>
    <w:p w14:paraId="300A733C" w14:textId="77777777" w:rsidR="009D6E77" w:rsidRDefault="00000000">
      <w:r>
        <w:t>bebe — drinks</w:t>
      </w:r>
    </w:p>
    <w:p w14:paraId="1BF39A98" w14:textId="77777777" w:rsidR="009D6E77" w:rsidRDefault="00000000">
      <w:r>
        <w:t>entra — enters</w:t>
      </w:r>
    </w:p>
    <w:p w14:paraId="6B7E6BDE" w14:textId="77777777" w:rsidR="009D6E77" w:rsidRDefault="00000000">
      <w:r>
        <w:t>grita — yells</w:t>
      </w:r>
    </w:p>
    <w:p w14:paraId="6BFD1BC2" w14:textId="77777777" w:rsidR="009D6E77" w:rsidRDefault="00000000">
      <w:r>
        <w:t>dice — says</w:t>
      </w:r>
    </w:p>
    <w:p w14:paraId="681EC1E8" w14:textId="77777777" w:rsidR="009D6E77" w:rsidRDefault="00000000">
      <w:r>
        <w:t>ve — sees</w:t>
      </w:r>
    </w:p>
    <w:p w14:paraId="7F01D8CA" w14:textId="77777777" w:rsidR="009D6E77" w:rsidRDefault="00000000">
      <w:r>
        <w:t>rompe — breaks</w:t>
      </w:r>
    </w:p>
    <w:p w14:paraId="04E6B2B9" w14:textId="77777777" w:rsidR="009D6E77" w:rsidRDefault="00000000">
      <w:r>
        <w:t>cocina — cooks</w:t>
      </w:r>
    </w:p>
    <w:p w14:paraId="21632811" w14:textId="77777777" w:rsidR="009D6E77" w:rsidRDefault="00000000">
      <w:r>
        <w:t>ayuda — helps</w:t>
      </w:r>
    </w:p>
    <w:p w14:paraId="7404EB3D" w14:textId="77777777" w:rsidR="009D6E77" w:rsidRDefault="00000000">
      <w:pPr>
        <w:pStyle w:val="Ttulo3"/>
      </w:pPr>
      <w:r>
        <w:t>Preterite Verbs</w:t>
      </w:r>
    </w:p>
    <w:p w14:paraId="7BC185E8" w14:textId="77777777" w:rsidR="009D6E77" w:rsidRDefault="00000000">
      <w:r>
        <w:t>llegó — arrived</w:t>
      </w:r>
    </w:p>
    <w:p w14:paraId="4A3B1422" w14:textId="77777777" w:rsidR="009D6E77" w:rsidRDefault="00000000">
      <w:r>
        <w:t>comió — ate</w:t>
      </w:r>
    </w:p>
    <w:p w14:paraId="57804A1F" w14:textId="77777777" w:rsidR="009D6E77" w:rsidRDefault="00000000">
      <w:r>
        <w:t>bebió — drank</w:t>
      </w:r>
    </w:p>
    <w:p w14:paraId="6FA86512" w14:textId="77777777" w:rsidR="009D6E77" w:rsidRDefault="00000000">
      <w:r>
        <w:t>entró — entered</w:t>
      </w:r>
    </w:p>
    <w:p w14:paraId="2A3A4D44" w14:textId="77777777" w:rsidR="009D6E77" w:rsidRDefault="00000000">
      <w:r>
        <w:t>gritó — yelled</w:t>
      </w:r>
    </w:p>
    <w:p w14:paraId="19B2E892" w14:textId="77777777" w:rsidR="009D6E77" w:rsidRDefault="00000000">
      <w:r>
        <w:t>dijo — said</w:t>
      </w:r>
    </w:p>
    <w:p w14:paraId="7F90EBB9" w14:textId="77777777" w:rsidR="009D6E77" w:rsidRDefault="00000000">
      <w:r>
        <w:t>vio — saw</w:t>
      </w:r>
    </w:p>
    <w:p w14:paraId="75B00B5E" w14:textId="77777777" w:rsidR="009D6E77" w:rsidRDefault="00000000">
      <w:r>
        <w:t>rompió — broke</w:t>
      </w:r>
    </w:p>
    <w:p w14:paraId="7DB11C64" w14:textId="77777777" w:rsidR="009D6E77" w:rsidRDefault="00000000">
      <w:r>
        <w:t>ayudó — helped</w:t>
      </w:r>
    </w:p>
    <w:p w14:paraId="0E9B234A" w14:textId="77777777" w:rsidR="009D6E77" w:rsidRDefault="00000000">
      <w:r>
        <w:t>tiró — threw / dropped</w:t>
      </w:r>
    </w:p>
    <w:p w14:paraId="70A58434" w14:textId="77777777" w:rsidR="009D6E77" w:rsidRDefault="00000000">
      <w:r>
        <w:t>se cayó — fell</w:t>
      </w:r>
    </w:p>
    <w:p w14:paraId="18CDB32F" w14:textId="77777777" w:rsidR="009D6E77" w:rsidRDefault="00000000">
      <w:pPr>
        <w:pStyle w:val="Ttulo3"/>
      </w:pPr>
      <w:r>
        <w:lastRenderedPageBreak/>
        <w:t>Thanksgiving &amp; Household Vocabulary</w:t>
      </w:r>
    </w:p>
    <w:p w14:paraId="265FC1F5" w14:textId="77777777" w:rsidR="009D6E77" w:rsidRDefault="00000000">
      <w:r>
        <w:t>el pavo — turkey</w:t>
      </w:r>
    </w:p>
    <w:p w14:paraId="42A08A1A" w14:textId="77777777" w:rsidR="009D6E77" w:rsidRDefault="00000000">
      <w:r>
        <w:t>el puré de papa — mashed potatoes</w:t>
      </w:r>
    </w:p>
    <w:p w14:paraId="23DEE6D5" w14:textId="77777777" w:rsidR="009D6E77" w:rsidRDefault="00000000">
      <w:r>
        <w:t>el pastel — pie</w:t>
      </w:r>
    </w:p>
    <w:p w14:paraId="394A359F" w14:textId="77777777" w:rsidR="009D6E77" w:rsidRDefault="00000000">
      <w:r>
        <w:t>las sobras — leftovers</w:t>
      </w:r>
    </w:p>
    <w:p w14:paraId="6EF7F019" w14:textId="77777777" w:rsidR="009D6E77" w:rsidRDefault="00000000">
      <w:r>
        <w:t>los platos — dishes</w:t>
      </w:r>
    </w:p>
    <w:p w14:paraId="38C2D908" w14:textId="77777777" w:rsidR="009D6E77" w:rsidRDefault="00000000">
      <w:r>
        <w:t>la mesa — table</w:t>
      </w:r>
    </w:p>
    <w:p w14:paraId="260CDBC1" w14:textId="77777777" w:rsidR="009D6E77" w:rsidRDefault="00000000">
      <w:r>
        <w:t>la sala — living room</w:t>
      </w:r>
    </w:p>
    <w:p w14:paraId="56573867" w14:textId="77777777" w:rsidR="009D6E77" w:rsidRDefault="00000000">
      <w:r>
        <w:t>la cocina — kitchen</w:t>
      </w:r>
    </w:p>
    <w:p w14:paraId="6B1BB795" w14:textId="77777777" w:rsidR="009D6E77" w:rsidRDefault="00000000">
      <w:r>
        <w:t>el sofá — couch</w:t>
      </w:r>
    </w:p>
    <w:p w14:paraId="215ECC1D" w14:textId="77777777" w:rsidR="009D6E77" w:rsidRDefault="00000000">
      <w:r>
        <w:t>el refrigerador — refrigerator</w:t>
      </w:r>
    </w:p>
    <w:p w14:paraId="4CC9271C" w14:textId="77777777" w:rsidR="009D6E77" w:rsidRDefault="00000000">
      <w:r>
        <w:t>el desastre — mess</w:t>
      </w:r>
    </w:p>
    <w:sectPr w:rsidR="009D6E77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882934903">
    <w:abstractNumId w:val="8"/>
  </w:num>
  <w:num w:numId="2" w16cid:durableId="768742930">
    <w:abstractNumId w:val="6"/>
  </w:num>
  <w:num w:numId="3" w16cid:durableId="1153717692">
    <w:abstractNumId w:val="5"/>
  </w:num>
  <w:num w:numId="4" w16cid:durableId="563564950">
    <w:abstractNumId w:val="4"/>
  </w:num>
  <w:num w:numId="5" w16cid:durableId="1027832807">
    <w:abstractNumId w:val="7"/>
  </w:num>
  <w:num w:numId="6" w16cid:durableId="1216426161">
    <w:abstractNumId w:val="3"/>
  </w:num>
  <w:num w:numId="7" w16cid:durableId="76901355">
    <w:abstractNumId w:val="2"/>
  </w:num>
  <w:num w:numId="8" w16cid:durableId="1014500163">
    <w:abstractNumId w:val="1"/>
  </w:num>
  <w:num w:numId="9" w16cid:durableId="10276766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550DDB"/>
    <w:rsid w:val="009D6E77"/>
    <w:rsid w:val="00AA1D8D"/>
    <w:rsid w:val="00B47730"/>
    <w:rsid w:val="00CB0664"/>
    <w:rsid w:val="00EB66C6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933E8F"/>
  <w14:defaultImageDpi w14:val="300"/>
  <w15:docId w15:val="{4B3C5E21-B3BC-4EC6-856E-52AD76303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236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1534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srojeda21@outlook.com</cp:lastModifiedBy>
  <cp:revision>2</cp:revision>
  <dcterms:created xsi:type="dcterms:W3CDTF">2013-12-23T23:15:00Z</dcterms:created>
  <dcterms:modified xsi:type="dcterms:W3CDTF">2025-11-29T16:38:00Z</dcterms:modified>
  <cp:category/>
</cp:coreProperties>
</file>