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109A4" w14:textId="77777777" w:rsidR="00C70491" w:rsidRDefault="00000000">
      <w:pPr>
        <w:pStyle w:val="Ttulo1"/>
      </w:pPr>
      <w:r>
        <w:t>Drama Familiar – Novice Version (Present Tense Only)</w:t>
      </w:r>
    </w:p>
    <w:p w14:paraId="3AFB8683" w14:textId="77777777" w:rsidR="00C70491" w:rsidRDefault="00000000">
      <w:pPr>
        <w:pStyle w:val="Ttulo2"/>
      </w:pPr>
      <w:r>
        <w:t>Instructions</w:t>
      </w:r>
    </w:p>
    <w:p w14:paraId="3FD33DF5" w14:textId="77777777" w:rsidR="00C70491" w:rsidRDefault="00000000">
      <w:r>
        <w:t>Use only the present tense.</w:t>
      </w:r>
    </w:p>
    <w:p w14:paraId="25FCB8DF" w14:textId="77777777" w:rsidR="00C70491" w:rsidRDefault="00000000">
      <w:r>
        <w:t>Use short, simple sentences.</w:t>
      </w:r>
    </w:p>
    <w:p w14:paraId="6B4D06D2" w14:textId="77777777" w:rsidR="00C70491" w:rsidRDefault="00000000">
      <w:r>
        <w:t>Be dramatic. Use gestures. Speak clearly.</w:t>
      </w:r>
    </w:p>
    <w:p w14:paraId="050B8EE5" w14:textId="77777777" w:rsidR="00C70491" w:rsidRDefault="00000000">
      <w:r>
        <w:t>Your group will create a 30–60 second telenovela-style skit based on a post-Thanksgiving image.</w:t>
      </w:r>
    </w:p>
    <w:p w14:paraId="6343003E" w14:textId="77777777" w:rsidR="00C70491" w:rsidRDefault="00000000">
      <w:pPr>
        <w:pStyle w:val="Ttulo2"/>
      </w:pPr>
      <w:r>
        <w:t>Your Skit Must Include:</w:t>
      </w:r>
    </w:p>
    <w:p w14:paraId="1C6D3C31" w14:textId="77777777" w:rsidR="00C70491" w:rsidRDefault="00000000">
      <w:pPr>
        <w:pStyle w:val="Ttulo3"/>
      </w:pPr>
      <w:r>
        <w:t>1️⃣ A Confrontation</w:t>
      </w:r>
    </w:p>
    <w:p w14:paraId="25AAEC55" w14:textId="77777777" w:rsidR="00C70491" w:rsidRDefault="00000000">
      <w:r>
        <w:t>Example: “¡Tú no dices la verdad!” • “Tú comes todo el pastel.”</w:t>
      </w:r>
    </w:p>
    <w:p w14:paraId="29394C20" w14:textId="77777777" w:rsidR="00C70491" w:rsidRDefault="00000000">
      <w:pPr>
        <w:pStyle w:val="Ttulo3"/>
      </w:pPr>
      <w:r>
        <w:t>2️⃣ A Confession</w:t>
      </w:r>
    </w:p>
    <w:p w14:paraId="162A39E6" w14:textId="77777777" w:rsidR="00C70491" w:rsidRDefault="00000000">
      <w:r>
        <w:t>Example: “Está bien… yo como el puré.” • “Yo rompo el plato.”</w:t>
      </w:r>
    </w:p>
    <w:p w14:paraId="6CFBF0F6" w14:textId="77777777" w:rsidR="00C70491" w:rsidRDefault="00000000">
      <w:pPr>
        <w:pStyle w:val="Ttulo3"/>
      </w:pPr>
      <w:r>
        <w:t>3️⃣ A Dramatic Interruption</w:t>
      </w:r>
    </w:p>
    <w:p w14:paraId="1858075A" w14:textId="77777777" w:rsidR="00C70491" w:rsidRDefault="00000000">
      <w:r>
        <w:t>Example: “Todos hablan… y la abuela entra.” • “La mamá grita.”</w:t>
      </w:r>
    </w:p>
    <w:p w14:paraId="041ED673" w14:textId="77777777" w:rsidR="00C70491" w:rsidRDefault="00000000">
      <w:pPr>
        <w:pStyle w:val="Ttulo3"/>
      </w:pPr>
      <w:r>
        <w:t>4️⃣ A Shocking Revelation</w:t>
      </w:r>
    </w:p>
    <w:p w14:paraId="2E15A995" w14:textId="77777777" w:rsidR="00C70491" w:rsidRDefault="00000000">
      <w:r>
        <w:t>Example: “¡El perro come el pavo!” • “Mi primo es el problema.”</w:t>
      </w:r>
    </w:p>
    <w:p w14:paraId="10178EA0" w14:textId="77777777" w:rsidR="00C70491" w:rsidRDefault="00000000">
      <w:pPr>
        <w:pStyle w:val="Ttulo3"/>
      </w:pPr>
      <w:r>
        <w:t>5️⃣ A Dramatic Closing Line</w:t>
      </w:r>
    </w:p>
    <w:p w14:paraId="72C74D44" w14:textId="77777777" w:rsidR="00C70491" w:rsidRDefault="00000000">
      <w:r>
        <w:t>Example: “Esta familia no está bien.” • “Todo es un desastre.”</w:t>
      </w:r>
    </w:p>
    <w:p w14:paraId="62EC0BEF" w14:textId="77777777" w:rsidR="00C70491" w:rsidRDefault="00000000">
      <w:pPr>
        <w:pStyle w:val="Ttulo2"/>
      </w:pPr>
      <w:r>
        <w:t>Vocabulary Support (Present Tense)</w:t>
      </w:r>
    </w:p>
    <w:p w14:paraId="1492AEC3" w14:textId="77777777" w:rsidR="00C70491" w:rsidRDefault="00000000">
      <w:pPr>
        <w:pStyle w:val="Ttulo3"/>
      </w:pPr>
      <w:r>
        <w:t>People &amp; Family</w:t>
      </w:r>
    </w:p>
    <w:p w14:paraId="5A4727A2" w14:textId="77777777" w:rsidR="00C70491" w:rsidRDefault="00000000">
      <w:r>
        <w:t>la familia — family</w:t>
      </w:r>
    </w:p>
    <w:p w14:paraId="76C865EA" w14:textId="77777777" w:rsidR="00C70491" w:rsidRDefault="00000000">
      <w:r>
        <w:t>la abuela — grandmother</w:t>
      </w:r>
    </w:p>
    <w:p w14:paraId="00FAA9B6" w14:textId="77777777" w:rsidR="00C70491" w:rsidRDefault="00000000">
      <w:r>
        <w:t>el primo / la prima — cousin</w:t>
      </w:r>
    </w:p>
    <w:p w14:paraId="2B4D6D95" w14:textId="77777777" w:rsidR="00C70491" w:rsidRDefault="00000000">
      <w:r>
        <w:t>la mamá / el papá — mom / dad</w:t>
      </w:r>
    </w:p>
    <w:p w14:paraId="5471A507" w14:textId="77777777" w:rsidR="00C70491" w:rsidRDefault="00000000">
      <w:r>
        <w:t>el niño / la niña — child</w:t>
      </w:r>
    </w:p>
    <w:p w14:paraId="26D4CFDB" w14:textId="77777777" w:rsidR="00C70491" w:rsidRDefault="00000000">
      <w:pPr>
        <w:pStyle w:val="Ttulo3"/>
      </w:pPr>
      <w:r>
        <w:t>High-Frequency Verbs</w:t>
      </w:r>
    </w:p>
    <w:p w14:paraId="4D36B94F" w14:textId="77777777" w:rsidR="00C70491" w:rsidRDefault="00000000">
      <w:r>
        <w:t>hay — there is/are</w:t>
      </w:r>
    </w:p>
    <w:p w14:paraId="476FE0BE" w14:textId="77777777" w:rsidR="00C70491" w:rsidRDefault="00000000">
      <w:r>
        <w:t>está — is (location/emotion)</w:t>
      </w:r>
    </w:p>
    <w:p w14:paraId="2A0DB915" w14:textId="77777777" w:rsidR="00C70491" w:rsidRDefault="00000000">
      <w:r>
        <w:lastRenderedPageBreak/>
        <w:t>es — is (description)</w:t>
      </w:r>
    </w:p>
    <w:p w14:paraId="6B822F38" w14:textId="77777777" w:rsidR="00C70491" w:rsidRDefault="00000000">
      <w:r>
        <w:t>tiene — has</w:t>
      </w:r>
    </w:p>
    <w:p w14:paraId="7C5A7A51" w14:textId="77777777" w:rsidR="00C70491" w:rsidRDefault="00000000">
      <w:r>
        <w:t>quiere — wants</w:t>
      </w:r>
    </w:p>
    <w:p w14:paraId="361362BF" w14:textId="77777777" w:rsidR="00C70491" w:rsidRDefault="00000000">
      <w:r>
        <w:t>necesita — needs</w:t>
      </w:r>
    </w:p>
    <w:p w14:paraId="20C013D4" w14:textId="77777777" w:rsidR="00C70491" w:rsidRDefault="00000000">
      <w:r>
        <w:t>come — eats</w:t>
      </w:r>
    </w:p>
    <w:p w14:paraId="03C568B6" w14:textId="77777777" w:rsidR="00C70491" w:rsidRDefault="00000000">
      <w:r>
        <w:t>bebe — drinks</w:t>
      </w:r>
    </w:p>
    <w:p w14:paraId="474EC68A" w14:textId="77777777" w:rsidR="00C70491" w:rsidRDefault="00000000">
      <w:r>
        <w:t>grita — yells</w:t>
      </w:r>
    </w:p>
    <w:p w14:paraId="34236D5B" w14:textId="77777777" w:rsidR="00C70491" w:rsidRDefault="00000000">
      <w:r>
        <w:t>entra — enters</w:t>
      </w:r>
    </w:p>
    <w:p w14:paraId="4E271200" w14:textId="77777777" w:rsidR="00C70491" w:rsidRDefault="00000000">
      <w:r>
        <w:t>busca — looks for</w:t>
      </w:r>
    </w:p>
    <w:p w14:paraId="4BEA70F3" w14:textId="77777777" w:rsidR="00C70491" w:rsidRDefault="00000000">
      <w:r>
        <w:t>ve — sees</w:t>
      </w:r>
    </w:p>
    <w:p w14:paraId="7BFC0A24" w14:textId="77777777" w:rsidR="00C70491" w:rsidRDefault="00000000">
      <w:r>
        <w:t>dice — says</w:t>
      </w:r>
    </w:p>
    <w:p w14:paraId="0F1E0E8D" w14:textId="77777777" w:rsidR="00C70491" w:rsidRDefault="00000000">
      <w:r>
        <w:t>rompe — breaks</w:t>
      </w:r>
    </w:p>
    <w:p w14:paraId="0F20FA49" w14:textId="77777777" w:rsidR="00C70491" w:rsidRDefault="00000000">
      <w:r>
        <w:t>ayuda — helps</w:t>
      </w:r>
    </w:p>
    <w:p w14:paraId="7F2E8BCC" w14:textId="77777777" w:rsidR="00C70491" w:rsidRDefault="00000000">
      <w:pPr>
        <w:pStyle w:val="Ttulo3"/>
      </w:pPr>
      <w:r>
        <w:t>Thanksgiving &amp; Household Items</w:t>
      </w:r>
    </w:p>
    <w:p w14:paraId="37B603AD" w14:textId="77777777" w:rsidR="00C70491" w:rsidRDefault="00000000">
      <w:r>
        <w:t>el pavo — turkey</w:t>
      </w:r>
    </w:p>
    <w:p w14:paraId="5CB7D358" w14:textId="77777777" w:rsidR="00C70491" w:rsidRDefault="00000000">
      <w:r>
        <w:t>el puré de papa — mashed potatoes</w:t>
      </w:r>
    </w:p>
    <w:p w14:paraId="1333CC76" w14:textId="77777777" w:rsidR="00C70491" w:rsidRDefault="00000000">
      <w:r>
        <w:t>el pastel — pie</w:t>
      </w:r>
    </w:p>
    <w:p w14:paraId="45377726" w14:textId="77777777" w:rsidR="00C70491" w:rsidRDefault="00000000">
      <w:r>
        <w:t>las sobras — leftovers</w:t>
      </w:r>
    </w:p>
    <w:p w14:paraId="7BE2D40D" w14:textId="77777777" w:rsidR="00C70491" w:rsidRDefault="00000000">
      <w:r>
        <w:t>la mesa — table</w:t>
      </w:r>
    </w:p>
    <w:p w14:paraId="47EE0277" w14:textId="77777777" w:rsidR="00C70491" w:rsidRDefault="00000000">
      <w:r>
        <w:t>el sofá — sofa</w:t>
      </w:r>
    </w:p>
    <w:p w14:paraId="10E15FEE" w14:textId="77777777" w:rsidR="00C70491" w:rsidRDefault="00000000">
      <w:r>
        <w:t>la cocina — kitchen</w:t>
      </w:r>
    </w:p>
    <w:p w14:paraId="3129F8FD" w14:textId="77777777" w:rsidR="00C70491" w:rsidRDefault="00000000">
      <w:r>
        <w:t>el refrigerador — refrigerator</w:t>
      </w:r>
    </w:p>
    <w:p w14:paraId="3241DF59" w14:textId="77777777" w:rsidR="00C70491" w:rsidRDefault="00000000">
      <w:r>
        <w:t>los platos — plates</w:t>
      </w:r>
    </w:p>
    <w:p w14:paraId="24222037" w14:textId="77777777" w:rsidR="00C70491" w:rsidRDefault="00000000">
      <w:r>
        <w:t>la comida — food</w:t>
      </w:r>
    </w:p>
    <w:p w14:paraId="4C3AB160" w14:textId="3434A93C" w:rsidR="00C70491" w:rsidRDefault="00000000">
      <w:r>
        <w:t>el desastre — mes</w:t>
      </w:r>
      <w:r w:rsidR="001D7DC7">
        <w:t>s</w:t>
      </w:r>
    </w:p>
    <w:sectPr w:rsidR="00C7049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99373240">
    <w:abstractNumId w:val="8"/>
  </w:num>
  <w:num w:numId="2" w16cid:durableId="689839011">
    <w:abstractNumId w:val="6"/>
  </w:num>
  <w:num w:numId="3" w16cid:durableId="268705391">
    <w:abstractNumId w:val="5"/>
  </w:num>
  <w:num w:numId="4" w16cid:durableId="1828089714">
    <w:abstractNumId w:val="4"/>
  </w:num>
  <w:num w:numId="5" w16cid:durableId="1451514519">
    <w:abstractNumId w:val="7"/>
  </w:num>
  <w:num w:numId="6" w16cid:durableId="1020742435">
    <w:abstractNumId w:val="3"/>
  </w:num>
  <w:num w:numId="7" w16cid:durableId="126777097">
    <w:abstractNumId w:val="2"/>
  </w:num>
  <w:num w:numId="8" w16cid:durableId="1211066612">
    <w:abstractNumId w:val="1"/>
  </w:num>
  <w:num w:numId="9" w16cid:durableId="1851681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D7DC7"/>
    <w:rsid w:val="0029639D"/>
    <w:rsid w:val="00326F90"/>
    <w:rsid w:val="00550DDB"/>
    <w:rsid w:val="00AA1D8D"/>
    <w:rsid w:val="00B47730"/>
    <w:rsid w:val="00C70491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7C0AE8"/>
  <w14:defaultImageDpi w14:val="300"/>
  <w15:docId w15:val="{4B3C5E21-B3BC-4EC6-856E-52AD76303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srojeda21@outlook.com</cp:lastModifiedBy>
  <cp:revision>2</cp:revision>
  <dcterms:created xsi:type="dcterms:W3CDTF">2013-12-23T23:15:00Z</dcterms:created>
  <dcterms:modified xsi:type="dcterms:W3CDTF">2025-11-29T16:36:00Z</dcterms:modified>
  <cp:category/>
</cp:coreProperties>
</file>