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CAAD8" w14:textId="77777777" w:rsidR="00152DB2" w:rsidRDefault="00000000">
      <w:pPr>
        <w:pStyle w:val="Ttulo1"/>
        <w:jc w:val="center"/>
      </w:pPr>
      <w:r>
        <w:t>Elementary WL Thank-You Card Project</w:t>
      </w:r>
    </w:p>
    <w:p w14:paraId="5D82E76D" w14:textId="77777777" w:rsidR="00152DB2" w:rsidRDefault="00000000">
      <w:pPr>
        <w:jc w:val="center"/>
      </w:pPr>
      <w:r>
        <w:t>Simple • Positive • Visual — For Elementary World Language Classes</w:t>
      </w:r>
    </w:p>
    <w:p w14:paraId="36932854" w14:textId="0012DD8C" w:rsidR="00747E5A" w:rsidRPr="00747E5A" w:rsidRDefault="00747E5A">
      <w:pPr>
        <w:jc w:val="center"/>
        <w:rPr>
          <w:b/>
          <w:bCs/>
        </w:rPr>
      </w:pPr>
      <w:r w:rsidRPr="00747E5A">
        <w:rPr>
          <w:b/>
          <w:bCs/>
        </w:rPr>
        <w:t>By Diego Ojeda</w:t>
      </w:r>
    </w:p>
    <w:p w14:paraId="01F51AF7" w14:textId="77777777" w:rsidR="00152DB2" w:rsidRDefault="00000000">
      <w:pPr>
        <w:pStyle w:val="Ttulo2"/>
      </w:pPr>
      <w:r>
        <w:rPr>
          <w:color w:val="FF8000"/>
        </w:rPr>
        <w:t>Objective</w:t>
      </w:r>
    </w:p>
    <w:p w14:paraId="33182B75" w14:textId="77777777" w:rsidR="00152DB2" w:rsidRDefault="00000000">
      <w:r>
        <w:t>Students will create a simple and colorful Thank YOU card in the target language, celebrating their strengths, effort, and progress. The activity is visual, age‑appropriate, and connected to common topics in elementary world language classes.</w:t>
      </w:r>
    </w:p>
    <w:p w14:paraId="4147E40C" w14:textId="77777777" w:rsidR="00152DB2" w:rsidRDefault="00000000">
      <w:pPr>
        <w:pStyle w:val="Ttulo3"/>
      </w:pPr>
      <w:r>
        <w:rPr>
          <w:color w:val="FF8000"/>
        </w:rPr>
        <w:t>Step 1: “I’m Proud of…”</w:t>
      </w:r>
    </w:p>
    <w:p w14:paraId="7E048835" w14:textId="77777777" w:rsidR="00152DB2" w:rsidRDefault="00000000">
      <w:r>
        <w:t>Students choose three things they are proud of, connected to familiar WL topics such as:</w:t>
      </w:r>
    </w:p>
    <w:p w14:paraId="0EEA5005" w14:textId="77777777" w:rsidR="00152DB2" w:rsidRDefault="00000000">
      <w:pPr>
        <w:pStyle w:val="Listaconvietas"/>
      </w:pPr>
      <w:r>
        <w:t>Greetings (saludos)</w:t>
      </w:r>
    </w:p>
    <w:p w14:paraId="4E0C7F8C" w14:textId="77777777" w:rsidR="00152DB2" w:rsidRDefault="00000000">
      <w:pPr>
        <w:pStyle w:val="Listaconvietas"/>
      </w:pPr>
      <w:r>
        <w:t>Colors and shapes (colores y figuras)</w:t>
      </w:r>
    </w:p>
    <w:p w14:paraId="5085EC62" w14:textId="77777777" w:rsidR="00152DB2" w:rsidRDefault="00000000">
      <w:pPr>
        <w:pStyle w:val="Listaconvietas"/>
      </w:pPr>
      <w:r>
        <w:t>Numbers and age (números y edad)</w:t>
      </w:r>
    </w:p>
    <w:p w14:paraId="3CCA533A" w14:textId="77777777" w:rsidR="00152DB2" w:rsidRDefault="00000000">
      <w:pPr>
        <w:pStyle w:val="Listaconvietas"/>
      </w:pPr>
      <w:r>
        <w:t>Family words (mi familia)</w:t>
      </w:r>
    </w:p>
    <w:p w14:paraId="38E7B9ED" w14:textId="77777777" w:rsidR="00152DB2" w:rsidRDefault="00000000">
      <w:pPr>
        <w:pStyle w:val="Listaconvietas"/>
      </w:pPr>
      <w:r>
        <w:t>Animals (los animales)</w:t>
      </w:r>
    </w:p>
    <w:p w14:paraId="2CD49B7B" w14:textId="77777777" w:rsidR="00152DB2" w:rsidRDefault="00000000">
      <w:pPr>
        <w:pStyle w:val="Listaconvietas"/>
      </w:pPr>
      <w:r>
        <w:t>Foods (la comida)</w:t>
      </w:r>
    </w:p>
    <w:p w14:paraId="735D841D" w14:textId="77777777" w:rsidR="00152DB2" w:rsidRDefault="00000000">
      <w:pPr>
        <w:pStyle w:val="Listaconvietas"/>
      </w:pPr>
      <w:r>
        <w:t>Weather (el clima)</w:t>
      </w:r>
    </w:p>
    <w:p w14:paraId="65A242D8" w14:textId="77777777" w:rsidR="00152DB2" w:rsidRDefault="00000000">
      <w:pPr>
        <w:pStyle w:val="Listaconvietas"/>
      </w:pPr>
      <w:r>
        <w:t>Classroom objects (objetos de la clase)</w:t>
      </w:r>
    </w:p>
    <w:p w14:paraId="1CEB517B" w14:textId="77777777" w:rsidR="00152DB2" w:rsidRDefault="00000000">
      <w:r>
        <w:t>Sentence starters to support young learners:</w:t>
      </w:r>
    </w:p>
    <w:p w14:paraId="0AA19C93" w14:textId="77777777" w:rsidR="00152DB2" w:rsidRDefault="00000000">
      <w:pPr>
        <w:pStyle w:val="Listaconvietas"/>
      </w:pPr>
      <w:r>
        <w:t>Gracias por ser… (amable, creativo/a, buen amigo/a).</w:t>
      </w:r>
    </w:p>
    <w:p w14:paraId="7500726A" w14:textId="77777777" w:rsidR="00152DB2" w:rsidRDefault="00000000">
      <w:pPr>
        <w:pStyle w:val="Listaconvietas"/>
      </w:pPr>
      <w:r>
        <w:t>Gracias por intentar… (decir palabras nuevas, participar en clase).</w:t>
      </w:r>
    </w:p>
    <w:p w14:paraId="2D32437F" w14:textId="77777777" w:rsidR="00152DB2" w:rsidRDefault="00000000">
      <w:pPr>
        <w:pStyle w:val="Listaconvietas"/>
      </w:pPr>
      <w:r>
        <w:t>Gracias por aprender… (los colores, los saludos, los animales).</w:t>
      </w:r>
    </w:p>
    <w:p w14:paraId="7C5423B1" w14:textId="77777777" w:rsidR="00152DB2" w:rsidRDefault="00000000">
      <w:pPr>
        <w:pStyle w:val="Listaconvietas"/>
      </w:pPr>
      <w:r>
        <w:t>Gracias por ayudar a… (mis compañeros, mi maestro/a).</w:t>
      </w:r>
    </w:p>
    <w:p w14:paraId="42EA4539" w14:textId="77777777" w:rsidR="00152DB2" w:rsidRDefault="00000000">
      <w:pPr>
        <w:pStyle w:val="Ttulo3"/>
      </w:pPr>
      <w:r>
        <w:rPr>
          <w:color w:val="FF8000"/>
        </w:rPr>
        <w:t>Step 2: Draw &amp; Label</w:t>
      </w:r>
    </w:p>
    <w:p w14:paraId="306E625E" w14:textId="77777777" w:rsidR="00152DB2" w:rsidRDefault="00000000">
      <w:r>
        <w:t>For each thank-you, students draw a picture and add a short label. Examples:</w:t>
      </w:r>
    </w:p>
    <w:p w14:paraId="15C06EA4" w14:textId="77777777" w:rsidR="00152DB2" w:rsidRDefault="00000000">
      <w:pPr>
        <w:pStyle w:val="Listaconvietas"/>
      </w:pPr>
      <w:r>
        <w:t>Un dibujo de ellos saludando: “Gracias por aprender los saludos.”</w:t>
      </w:r>
    </w:p>
    <w:p w14:paraId="12614FCA" w14:textId="77777777" w:rsidR="00152DB2" w:rsidRDefault="00000000">
      <w:pPr>
        <w:pStyle w:val="Listaconvietas"/>
      </w:pPr>
      <w:r>
        <w:t>Un dibujo de un arcoíris: “Gracias por aprender los colores.”</w:t>
      </w:r>
    </w:p>
    <w:p w14:paraId="3A3EB36D" w14:textId="77777777" w:rsidR="00152DB2" w:rsidRDefault="00000000">
      <w:pPr>
        <w:pStyle w:val="Listaconvietas"/>
      </w:pPr>
      <w:r>
        <w:t>Un dibujo de un animal favorito: “Gracias por aprender los animales.”</w:t>
      </w:r>
    </w:p>
    <w:p w14:paraId="12763B89" w14:textId="77777777" w:rsidR="00152DB2" w:rsidRDefault="00000000">
      <w:pPr>
        <w:pStyle w:val="Listaconvietas"/>
      </w:pPr>
      <w:r>
        <w:t>Un dibujo de ellos ayudando a un amigo: “Gracias por ser amable.”</w:t>
      </w:r>
    </w:p>
    <w:p w14:paraId="5CD6AF90" w14:textId="77777777" w:rsidR="00152DB2" w:rsidRDefault="00000000">
      <w:pPr>
        <w:pStyle w:val="Ttulo3"/>
      </w:pPr>
      <w:r>
        <w:rPr>
          <w:color w:val="FF8000"/>
        </w:rPr>
        <w:t>Step 3: The Kindness Badge</w:t>
      </w:r>
    </w:p>
    <w:p w14:paraId="331A1B61" w14:textId="77777777" w:rsidR="00152DB2" w:rsidRDefault="00000000">
      <w:r>
        <w:t>Students create a colorful badge or sticker on their card with the sentence:</w:t>
      </w:r>
    </w:p>
    <w:p w14:paraId="0B991994" w14:textId="77777777" w:rsidR="00152DB2" w:rsidRDefault="00000000">
      <w:r>
        <w:rPr>
          <w:sz w:val="24"/>
        </w:rPr>
        <w:t>“Hoy me celebro porque…”</w:t>
      </w:r>
    </w:p>
    <w:p w14:paraId="0B77053B" w14:textId="77777777" w:rsidR="00152DB2" w:rsidRDefault="00000000">
      <w:r>
        <w:t>They complete the sentence with one simple reason they can express in the target language.</w:t>
      </w:r>
    </w:p>
    <w:p w14:paraId="70106054" w14:textId="77777777" w:rsidR="00152DB2" w:rsidRDefault="00000000">
      <w:pPr>
        <w:pStyle w:val="Listaconvietas"/>
      </w:pPr>
      <w:r>
        <w:lastRenderedPageBreak/>
        <w:t>Hoy me celebro porque soy un buen amigo.</w:t>
      </w:r>
    </w:p>
    <w:p w14:paraId="3F4C63B0" w14:textId="77777777" w:rsidR="00152DB2" w:rsidRDefault="00000000">
      <w:pPr>
        <w:pStyle w:val="Listaconvietas"/>
      </w:pPr>
      <w:r>
        <w:t>Hoy me celebro porque aprendí una palabra nueva.</w:t>
      </w:r>
    </w:p>
    <w:p w14:paraId="70992370" w14:textId="77777777" w:rsidR="00152DB2" w:rsidRDefault="00000000">
      <w:pPr>
        <w:pStyle w:val="Listaconvietas"/>
      </w:pPr>
      <w:r>
        <w:t>Hoy me celebro porque ayudo en clase.</w:t>
      </w:r>
    </w:p>
    <w:p w14:paraId="3DF16AFC" w14:textId="77777777" w:rsidR="00152DB2" w:rsidRDefault="00000000">
      <w:pPr>
        <w:pStyle w:val="Ttulo3"/>
      </w:pPr>
      <w:r>
        <w:rPr>
          <w:color w:val="FF8000"/>
        </w:rPr>
        <w:t>Step 4: Closing</w:t>
      </w:r>
    </w:p>
    <w:p w14:paraId="71A22394" w14:textId="77777777" w:rsidR="00152DB2" w:rsidRDefault="00000000">
      <w:r>
        <w:t>Students end their card with a friendly sign-off:</w:t>
      </w:r>
    </w:p>
    <w:p w14:paraId="743BE364" w14:textId="77777777" w:rsidR="00152DB2" w:rsidRDefault="00000000">
      <w:pPr>
        <w:pStyle w:val="Listaconvietas"/>
      </w:pPr>
      <w:r>
        <w:t>Con cariño, Yo</w:t>
      </w:r>
    </w:p>
    <w:p w14:paraId="388F72A2" w14:textId="77777777" w:rsidR="00152DB2" w:rsidRDefault="00000000">
      <w:pPr>
        <w:pStyle w:val="Listaconvietas"/>
      </w:pPr>
      <w:r>
        <w:t>De tu amigo, Yo</w:t>
      </w:r>
    </w:p>
    <w:p w14:paraId="722D7BB4" w14:textId="77777777" w:rsidR="00152DB2" w:rsidRDefault="00000000">
      <w:pPr>
        <w:pStyle w:val="Listaconvietas"/>
      </w:pPr>
      <w:r>
        <w:t>Gracias, Yo</w:t>
      </w:r>
    </w:p>
    <w:p w14:paraId="55EF93D6" w14:textId="77777777" w:rsidR="00152DB2" w:rsidRDefault="00000000">
      <w:pPr>
        <w:pStyle w:val="Listaconvietas"/>
      </w:pPr>
      <w:r>
        <w:t>Con alegría, Yo</w:t>
      </w:r>
    </w:p>
    <w:p w14:paraId="630764DD" w14:textId="77777777" w:rsidR="00152DB2" w:rsidRDefault="00000000">
      <w:pPr>
        <w:pStyle w:val="Ttulo3"/>
      </w:pPr>
      <w:r>
        <w:rPr>
          <w:color w:val="FF8000"/>
        </w:rPr>
        <w:t>Optional Add-Ons</w:t>
      </w:r>
    </w:p>
    <w:p w14:paraId="2DB5503F" w14:textId="77777777" w:rsidR="00152DB2" w:rsidRDefault="00000000">
      <w:pPr>
        <w:pStyle w:val="Listaconvietas"/>
      </w:pPr>
      <w:r>
        <w:t>Add stickers or teacher stamps.</w:t>
      </w:r>
    </w:p>
    <w:p w14:paraId="1FD45230" w14:textId="77777777" w:rsidR="00152DB2" w:rsidRDefault="00000000">
      <w:pPr>
        <w:pStyle w:val="Listaconvietas"/>
      </w:pPr>
      <w:r>
        <w:t>Include a 'goal star' for next week (e.g., ‘La próxima semana voy a participar más.’).</w:t>
      </w:r>
    </w:p>
    <w:p w14:paraId="2F61B1FD" w14:textId="77777777" w:rsidR="00152DB2" w:rsidRDefault="00000000">
      <w:pPr>
        <w:pStyle w:val="Listaconvietas"/>
      </w:pPr>
      <w:r>
        <w:t>Share (voluntary) in a gratitude circle at the end of class.</w:t>
      </w:r>
    </w:p>
    <w:p w14:paraId="51F5F360" w14:textId="77777777" w:rsidR="00152DB2" w:rsidRDefault="00000000">
      <w:pPr>
        <w:pStyle w:val="Listaconvietas"/>
      </w:pPr>
      <w:r>
        <w:t>Add borders or color patterns learned in class (e.g., red-yellow-red pattern for Spanish-speaking countries).</w:t>
      </w:r>
    </w:p>
    <w:sectPr w:rsidR="00152DB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350838847">
    <w:abstractNumId w:val="8"/>
  </w:num>
  <w:num w:numId="2" w16cid:durableId="1718243142">
    <w:abstractNumId w:val="6"/>
  </w:num>
  <w:num w:numId="3" w16cid:durableId="806124784">
    <w:abstractNumId w:val="5"/>
  </w:num>
  <w:num w:numId="4" w16cid:durableId="731464331">
    <w:abstractNumId w:val="4"/>
  </w:num>
  <w:num w:numId="5" w16cid:durableId="1939754036">
    <w:abstractNumId w:val="7"/>
  </w:num>
  <w:num w:numId="6" w16cid:durableId="1067655200">
    <w:abstractNumId w:val="3"/>
  </w:num>
  <w:num w:numId="7" w16cid:durableId="488596148">
    <w:abstractNumId w:val="2"/>
  </w:num>
  <w:num w:numId="8" w16cid:durableId="397634930">
    <w:abstractNumId w:val="1"/>
  </w:num>
  <w:num w:numId="9" w16cid:durableId="885681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52DB2"/>
    <w:rsid w:val="0029639D"/>
    <w:rsid w:val="00326F90"/>
    <w:rsid w:val="00747E5A"/>
    <w:rsid w:val="00AA1D8D"/>
    <w:rsid w:val="00B47730"/>
    <w:rsid w:val="00CB0664"/>
    <w:rsid w:val="00CB2CB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AB72CD"/>
  <w14:defaultImageDpi w14:val="300"/>
  <w15:docId w15:val="{571F5337-1BB4-4461-9566-70AA282F1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srojeda21@outlook.com</cp:lastModifiedBy>
  <cp:revision>2</cp:revision>
  <dcterms:created xsi:type="dcterms:W3CDTF">2013-12-23T23:15:00Z</dcterms:created>
  <dcterms:modified xsi:type="dcterms:W3CDTF">2025-11-15T21:30:00Z</dcterms:modified>
  <cp:category/>
</cp:coreProperties>
</file>