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33CF6E4" w14:textId="77777777" w:rsidR="00A77FBD" w:rsidRDefault="00000000">
      <w:pPr>
        <w:pStyle w:val="Ttulo1"/>
        <w:jc w:val="center"/>
      </w:pPr>
      <w:r>
        <w:t>AP Thank-You Message Project</w:t>
      </w:r>
    </w:p>
    <w:p w14:paraId="1B43E901" w14:textId="078CA920" w:rsidR="00F15193" w:rsidRPr="00F15193" w:rsidRDefault="00F15193" w:rsidP="00F15193">
      <w:pPr>
        <w:jc w:val="center"/>
        <w:rPr>
          <w:b/>
          <w:bCs/>
          <w:i/>
          <w:iCs/>
        </w:rPr>
      </w:pPr>
      <w:r w:rsidRPr="00F15193">
        <w:rPr>
          <w:b/>
          <w:bCs/>
          <w:i/>
          <w:iCs/>
        </w:rPr>
        <w:t>By Diego Ojeda</w:t>
      </w:r>
    </w:p>
    <w:p w14:paraId="04D880AE" w14:textId="77777777" w:rsidR="00A77FBD" w:rsidRDefault="00000000">
      <w:pPr>
        <w:jc w:val="center"/>
      </w:pPr>
      <w:r>
        <w:t>Aligned with the Six AP® Spanish Language and Culture Themes</w:t>
      </w:r>
    </w:p>
    <w:p w14:paraId="00CD480A" w14:textId="77777777" w:rsidR="00A77FBD" w:rsidRDefault="00000000">
      <w:pPr>
        <w:pStyle w:val="Ttulo2"/>
      </w:pPr>
      <w:r>
        <w:rPr>
          <w:color w:val="005288"/>
        </w:rPr>
        <w:t>Objective</w:t>
      </w:r>
    </w:p>
    <w:p w14:paraId="5E515D48" w14:textId="77777777" w:rsidR="00A77FBD" w:rsidRDefault="00000000">
      <w:r>
        <w:t>Write six thank-you messages in Spanish—each one connected to one AP theme—and addressed to a meaningful person (someone you know) or a public figure (someone you admire). Each message must explain why you are thankful and how the person connects to the theme.</w:t>
      </w:r>
    </w:p>
    <w:p w14:paraId="72746F17" w14:textId="77777777" w:rsidR="00A77FBD" w:rsidRDefault="00000000">
      <w:pPr>
        <w:pStyle w:val="Ttulo2"/>
      </w:pPr>
      <w:r>
        <w:rPr>
          <w:color w:val="005288"/>
        </w:rPr>
        <w:t>Instructions</w:t>
      </w:r>
    </w:p>
    <w:p w14:paraId="77D6CC26" w14:textId="77777777" w:rsidR="00A77FBD" w:rsidRDefault="00000000">
      <w:pPr>
        <w:pStyle w:val="Ttulo3"/>
      </w:pPr>
      <w:r>
        <w:t>Step 1: Choose One Person per Theme</w:t>
      </w:r>
    </w:p>
    <w:p w14:paraId="0662C552" w14:textId="77777777" w:rsidR="00A77FBD" w:rsidRDefault="00000000">
      <w:r>
        <w:t>For each AP theme, choose a person who meaningfully represents that idea in your life or the world.</w:t>
      </w:r>
    </w:p>
    <w:p w14:paraId="1638837A" w14:textId="77777777" w:rsidR="00A77FBD" w:rsidRDefault="00000000">
      <w:r>
        <w:t>Examples:</w:t>
      </w:r>
    </w:p>
    <w:p w14:paraId="1118AB00" w14:textId="77777777" w:rsidR="00A77FBD" w:rsidRDefault="00000000">
      <w:pPr>
        <w:pStyle w:val="Listaconvietas"/>
      </w:pPr>
      <w:r>
        <w:t>Familias y comunidades: tus abuelos, una madrina, un vecino, un entrenador</w:t>
      </w:r>
    </w:p>
    <w:p w14:paraId="7A64E401" w14:textId="77777777" w:rsidR="00A77FBD" w:rsidRDefault="00000000">
      <w:pPr>
        <w:pStyle w:val="Listaconvietas"/>
      </w:pPr>
      <w:r>
        <w:t>La vida contemporánea: tu maestro de música, un tutor, un deportista</w:t>
      </w:r>
    </w:p>
    <w:p w14:paraId="0B8C05BC" w14:textId="77777777" w:rsidR="00A77FBD" w:rsidRDefault="00000000">
      <w:pPr>
        <w:pStyle w:val="Listaconvietas"/>
      </w:pPr>
      <w:r>
        <w:t>La ciencia y la tecnología: un profesor de STEM, Marie Curie</w:t>
      </w:r>
    </w:p>
    <w:p w14:paraId="15C4AB15" w14:textId="77777777" w:rsidR="00A77FBD" w:rsidRDefault="00000000">
      <w:pPr>
        <w:pStyle w:val="Listaconvietas"/>
      </w:pPr>
      <w:r>
        <w:t>La belleza y la estética: Frida Kahlo, tu profesor/a de arte</w:t>
      </w:r>
    </w:p>
    <w:p w14:paraId="34E3F76E" w14:textId="77777777" w:rsidR="00A77FBD" w:rsidRDefault="00000000">
      <w:pPr>
        <w:pStyle w:val="Listaconvietas"/>
      </w:pPr>
      <w:r>
        <w:t>Los desafíos mundiales: Greta Thunberg, Malala</w:t>
      </w:r>
    </w:p>
    <w:p w14:paraId="289816A5" w14:textId="77777777" w:rsidR="00A77FBD" w:rsidRDefault="00000000">
      <w:pPr>
        <w:pStyle w:val="Listaconvietas"/>
      </w:pPr>
      <w:r>
        <w:t>Identidades personales y públicas: un maestro que te inspira, un escritor o activista</w:t>
      </w:r>
    </w:p>
    <w:p w14:paraId="6DA9900E" w14:textId="77777777" w:rsidR="00A77FBD" w:rsidRDefault="00000000">
      <w:pPr>
        <w:pStyle w:val="Ttulo2"/>
      </w:pPr>
      <w:r>
        <w:rPr>
          <w:color w:val="005288"/>
        </w:rPr>
        <w:t>Step 2: Write a Thematic Thank-You Message</w:t>
      </w:r>
    </w:p>
    <w:p w14:paraId="1D085A4E" w14:textId="77777777" w:rsidR="00A77FBD" w:rsidRDefault="00000000">
      <w:r>
        <w:t>Write a thank-you message for each AP theme. Each message should:</w:t>
      </w:r>
    </w:p>
    <w:p w14:paraId="647D277E" w14:textId="77777777" w:rsidR="00A77FBD" w:rsidRDefault="00000000">
      <w:pPr>
        <w:pStyle w:val="Listaconvietas"/>
      </w:pPr>
      <w:r>
        <w:t>Include a sincere, authentic expression of gratitude.</w:t>
      </w:r>
    </w:p>
    <w:p w14:paraId="3060FFB7" w14:textId="77777777" w:rsidR="00A77FBD" w:rsidRDefault="00000000">
      <w:pPr>
        <w:pStyle w:val="Listaconvietas"/>
      </w:pPr>
      <w:r>
        <w:t>Explain what you learned or how this person influenced you.</w:t>
      </w:r>
    </w:p>
    <w:p w14:paraId="143EDB63" w14:textId="77777777" w:rsidR="00A77FBD" w:rsidRDefault="00000000">
      <w:pPr>
        <w:pStyle w:val="Listaconvietas"/>
      </w:pPr>
      <w:r>
        <w:t>Connect clearly to the corresponding AP theme.</w:t>
      </w:r>
    </w:p>
    <w:p w14:paraId="4A731884" w14:textId="77777777" w:rsidR="00A77FBD" w:rsidRDefault="00000000">
      <w:pPr>
        <w:pStyle w:val="Listaconvietas"/>
      </w:pPr>
      <w:r>
        <w:t>Include AP-level structures (opinions, narration, comparisons, future/conditional).</w:t>
      </w:r>
    </w:p>
    <w:p w14:paraId="3C805898" w14:textId="77777777" w:rsidR="00A77FBD" w:rsidRDefault="00000000">
      <w:pPr>
        <w:pStyle w:val="Ttulo2"/>
      </w:pPr>
      <w:r>
        <w:rPr>
          <w:color w:val="005288"/>
        </w:rPr>
        <w:t>Model Examples</w:t>
      </w:r>
    </w:p>
    <w:p w14:paraId="22D3947D" w14:textId="77777777" w:rsidR="00A77FBD" w:rsidRDefault="00000000">
      <w:pPr>
        <w:pStyle w:val="Ttulo4"/>
      </w:pPr>
      <w:r>
        <w:rPr>
          <w:color w:val="782864"/>
        </w:rPr>
        <w:t>1. Las familias y las comunidades – Person: Mis abuelos</w:t>
      </w:r>
    </w:p>
    <w:p w14:paraId="29F44E03" w14:textId="77777777" w:rsidR="00A77FBD" w:rsidRDefault="00000000">
      <w:r>
        <w:t>“Queridos abuelos, gracias por enseñarme el valor de la familia y de las tradiciones que nos unen. Siempre me han recordado que nuestra comunidad empieza en casa, con las historias y hábitos que compartimos. Espero algún día transmitir estos valores a otros como ustedes lo hicieron conmigo.”</w:t>
      </w:r>
    </w:p>
    <w:p w14:paraId="1C619153" w14:textId="77777777" w:rsidR="00A77FBD" w:rsidRDefault="00000000">
      <w:pPr>
        <w:pStyle w:val="Ttulo4"/>
      </w:pPr>
      <w:r>
        <w:rPr>
          <w:color w:val="782864"/>
        </w:rPr>
        <w:lastRenderedPageBreak/>
        <w:t>2. La vida contemporánea – Person: Mi entrenador de fútbol</w:t>
      </w:r>
    </w:p>
    <w:p w14:paraId="6610D486" w14:textId="77777777" w:rsidR="00A77FBD" w:rsidRDefault="00000000">
      <w:r>
        <w:t>“Gracias, Coach, por enseñarme a manejar el ritmo acelerado de la vida moderna. Su disciplina me inspiró a organizar mi tiempo y priorizar lo que realmente importa. Hoy enfrento la vida contemporánea con más madurez gracias a usted.”</w:t>
      </w:r>
    </w:p>
    <w:p w14:paraId="2EB5FB70" w14:textId="77777777" w:rsidR="00A77FBD" w:rsidRDefault="00000000">
      <w:pPr>
        <w:pStyle w:val="Ttulo4"/>
      </w:pPr>
      <w:r>
        <w:rPr>
          <w:color w:val="782864"/>
        </w:rPr>
        <w:t>3. La ciencia y la tecnología – Person: Mi profesora de ciencias</w:t>
      </w:r>
    </w:p>
    <w:p w14:paraId="167BBA9A" w14:textId="77777777" w:rsidR="00A77FBD" w:rsidRDefault="00000000">
      <w:r>
        <w:t>“Gracias, profesora, por despertar en mí la curiosidad científica y por mostrarme cómo la tecnología puede mejorar vidas. Gracias a sus clases aprendí que la innovación también requiere ética y responsabilidad.”</w:t>
      </w:r>
    </w:p>
    <w:p w14:paraId="23B2614A" w14:textId="77777777" w:rsidR="00A77FBD" w:rsidRDefault="00000000">
      <w:pPr>
        <w:pStyle w:val="Ttulo4"/>
      </w:pPr>
      <w:r>
        <w:rPr>
          <w:color w:val="782864"/>
        </w:rPr>
        <w:t>4. La belleza y la estética – Person: Mi profesora de arte</w:t>
      </w:r>
    </w:p>
    <w:p w14:paraId="0D4B2855" w14:textId="77777777" w:rsidR="00A77FBD" w:rsidRDefault="00000000">
      <w:r>
        <w:t>“Gracias por enseñarme a ver la belleza en los detalles cotidianos y por animarme a expresarme con autenticidad. Aprendí que el arte no es solo estética, sino identidad y resistencia.”</w:t>
      </w:r>
    </w:p>
    <w:p w14:paraId="1756ED31" w14:textId="77777777" w:rsidR="00A77FBD" w:rsidRDefault="00000000">
      <w:pPr>
        <w:pStyle w:val="Ttulo4"/>
      </w:pPr>
      <w:r>
        <w:rPr>
          <w:color w:val="782864"/>
        </w:rPr>
        <w:t>5. Los desafíos mundiales – Person: Malala Yousafzai</w:t>
      </w:r>
    </w:p>
    <w:p w14:paraId="7CD63FFF" w14:textId="77777777" w:rsidR="00A77FBD" w:rsidRDefault="00000000">
      <w:r>
        <w:t>“Gracias, Malala, por ser un ejemplo de valentía frente a desafíos globales. Su defensa de la educación me ha inspirado a valorar mis oportunidades y actuar con más conciencia social.”</w:t>
      </w:r>
    </w:p>
    <w:p w14:paraId="4262199D" w14:textId="77777777" w:rsidR="00A77FBD" w:rsidRDefault="00000000">
      <w:pPr>
        <w:pStyle w:val="Ttulo4"/>
      </w:pPr>
      <w:r>
        <w:rPr>
          <w:color w:val="782864"/>
        </w:rPr>
        <w:t>6. Las identidades personales y públicas – Person: Mi profesora favorita</w:t>
      </w:r>
    </w:p>
    <w:p w14:paraId="487D7F2A" w14:textId="77777777" w:rsidR="00A77FBD" w:rsidRDefault="00000000">
      <w:r>
        <w:t>“Gracias, profesora, por ayudarme a construir una identidad más segura en público y más auténtica en privado. Hoy confío más en mi voz gracias a su apoyo constante.”</w:t>
      </w:r>
    </w:p>
    <w:p w14:paraId="11845403" w14:textId="77777777" w:rsidR="00A77FBD" w:rsidRDefault="00000000">
      <w:pPr>
        <w:pStyle w:val="Ttulo2"/>
      </w:pPr>
      <w:r>
        <w:rPr>
          <w:color w:val="005288"/>
        </w:rPr>
        <w:t>Step 3: AP-Level Skill Requirements</w:t>
      </w:r>
    </w:p>
    <w:p w14:paraId="1C97C432" w14:textId="77777777" w:rsidR="00A77FBD" w:rsidRDefault="00000000">
      <w:pPr>
        <w:pStyle w:val="Listaconvietas"/>
      </w:pPr>
      <w:r>
        <w:t>Narration in the past (preterite/imperfect).</w:t>
      </w:r>
    </w:p>
    <w:p w14:paraId="054E621F" w14:textId="77777777" w:rsidR="00A77FBD" w:rsidRDefault="00000000">
      <w:pPr>
        <w:pStyle w:val="Listaconvietas"/>
      </w:pPr>
      <w:r>
        <w:t>Opinion statements (Creo que…, Me parece que…).</w:t>
      </w:r>
    </w:p>
    <w:p w14:paraId="2B16FC54" w14:textId="77777777" w:rsidR="00A77FBD" w:rsidRDefault="00000000">
      <w:pPr>
        <w:pStyle w:val="Listaconvietas"/>
      </w:pPr>
      <w:r>
        <w:t>Cultural or personal comparisons.</w:t>
      </w:r>
    </w:p>
    <w:p w14:paraId="2BDAFDC8" w14:textId="77777777" w:rsidR="00A77FBD" w:rsidRDefault="00000000">
      <w:pPr>
        <w:pStyle w:val="Listaconvietas"/>
      </w:pPr>
      <w:r>
        <w:t>Future or conditional forms.</w:t>
      </w:r>
    </w:p>
    <w:p w14:paraId="0B469E47" w14:textId="77777777" w:rsidR="00A77FBD" w:rsidRDefault="00000000">
      <w:pPr>
        <w:pStyle w:val="Listaconvietas"/>
      </w:pPr>
      <w:r>
        <w:t>Thematic vocabulary connected to each AP theme.</w:t>
      </w:r>
    </w:p>
    <w:p w14:paraId="2F32BB3F" w14:textId="77777777" w:rsidR="00A77FBD" w:rsidRDefault="00000000">
      <w:pPr>
        <w:pStyle w:val="Ttulo2"/>
      </w:pPr>
      <w:r>
        <w:rPr>
          <w:color w:val="005288"/>
        </w:rPr>
        <w:t>Step 4: Final Reflection</w:t>
      </w:r>
    </w:p>
    <w:p w14:paraId="4846353B" w14:textId="77777777" w:rsidR="00A77FBD" w:rsidRDefault="00000000">
      <w:r>
        <w:t>Respond thoughtfully to the following questions:</w:t>
      </w:r>
    </w:p>
    <w:p w14:paraId="4874EE00" w14:textId="77777777" w:rsidR="00A77FBD" w:rsidRDefault="00000000">
      <w:r>
        <w:t>• Which of these people has influenced your identity the most?</w:t>
      </w:r>
    </w:p>
    <w:p w14:paraId="48DB6079" w14:textId="77777777" w:rsidR="00A77FBD" w:rsidRDefault="00000000">
      <w:r>
        <w:t>• How have your relationships shaped your worldview?</w:t>
      </w:r>
    </w:p>
    <w:p w14:paraId="2310E012" w14:textId="77777777" w:rsidR="00A77FBD" w:rsidRDefault="00000000">
      <w:r>
        <w:t>• What do you hope your future self will be thankful for next year?</w:t>
      </w:r>
    </w:p>
    <w:p w14:paraId="5970CB69" w14:textId="77777777" w:rsidR="00A77FBD" w:rsidRDefault="00000000">
      <w:r>
        <w:t>• OPTIONAL: How do the six AP themes connect to your life story?</w:t>
      </w:r>
    </w:p>
    <w:sectPr w:rsidR="00A77FBD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2100247275">
    <w:abstractNumId w:val="8"/>
  </w:num>
  <w:num w:numId="2" w16cid:durableId="815806766">
    <w:abstractNumId w:val="6"/>
  </w:num>
  <w:num w:numId="3" w16cid:durableId="314726893">
    <w:abstractNumId w:val="5"/>
  </w:num>
  <w:num w:numId="4" w16cid:durableId="1376857472">
    <w:abstractNumId w:val="4"/>
  </w:num>
  <w:num w:numId="5" w16cid:durableId="1373576372">
    <w:abstractNumId w:val="7"/>
  </w:num>
  <w:num w:numId="6" w16cid:durableId="506285294">
    <w:abstractNumId w:val="3"/>
  </w:num>
  <w:num w:numId="7" w16cid:durableId="484246121">
    <w:abstractNumId w:val="2"/>
  </w:num>
  <w:num w:numId="8" w16cid:durableId="812674014">
    <w:abstractNumId w:val="1"/>
  </w:num>
  <w:num w:numId="9" w16cid:durableId="11155181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77FBD"/>
    <w:rsid w:val="00AA1D8D"/>
    <w:rsid w:val="00B47730"/>
    <w:rsid w:val="00CB0664"/>
    <w:rsid w:val="00D0557C"/>
    <w:rsid w:val="00F15193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4CE2689"/>
  <w14:defaultImageDpi w14:val="300"/>
  <w15:docId w15:val="{3D13D425-2291-4632-B70F-4DD38365E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</w:style>
  <w:style w:type="paragraph" w:styleId="Ttulo1">
    <w:name w:val="heading 1"/>
    <w:basedOn w:val="Normal"/>
    <w:next w:val="Normal"/>
    <w:link w:val="Ttulo1C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2">
    <w:name w:val="heading 2"/>
    <w:basedOn w:val="Normal"/>
    <w:next w:val="Normal"/>
    <w:link w:val="Ttulo2C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tulo3">
    <w:name w:val="heading 3"/>
    <w:basedOn w:val="Normal"/>
    <w:next w:val="Normal"/>
    <w:link w:val="Ttulo3C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E618BF"/>
  </w:style>
  <w:style w:type="paragraph" w:styleId="Piedepgina">
    <w:name w:val="footer"/>
    <w:basedOn w:val="Normal"/>
    <w:link w:val="PiedepginaC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E618BF"/>
  </w:style>
  <w:style w:type="paragraph" w:styleId="Sinespaciado">
    <w:name w:val="No Spacing"/>
    <w:uiPriority w:val="1"/>
    <w:qFormat/>
    <w:rsid w:val="00FC693F"/>
    <w:pPr>
      <w:spacing w:after="0" w:line="240" w:lineRule="auto"/>
    </w:pPr>
  </w:style>
  <w:style w:type="character" w:customStyle="1" w:styleId="Ttulo1Car">
    <w:name w:val="Título 1 Car"/>
    <w:basedOn w:val="Fuentedeprrafopredeter"/>
    <w:link w:val="Ttulo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tulo2Car">
    <w:name w:val="Título 2 Car"/>
    <w:basedOn w:val="Fuentedeprrafopredeter"/>
    <w:link w:val="Ttulo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tulo3Car">
    <w:name w:val="Título 3 Car"/>
    <w:basedOn w:val="Fuentedeprrafopredeter"/>
    <w:link w:val="Ttulo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tulo">
    <w:name w:val="Title"/>
    <w:basedOn w:val="Normal"/>
    <w:next w:val="Normal"/>
    <w:link w:val="TtuloC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tulo">
    <w:name w:val="Subtitle"/>
    <w:basedOn w:val="Normal"/>
    <w:next w:val="Normal"/>
    <w:link w:val="SubttuloC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tuloCar">
    <w:name w:val="Subtítulo Car"/>
    <w:basedOn w:val="Fuentedeprrafopredeter"/>
    <w:link w:val="Subttulo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Prrafodelista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AA1D8D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AA1D8D"/>
  </w:style>
  <w:style w:type="paragraph" w:styleId="Textoindependiente2">
    <w:name w:val="Body Text 2"/>
    <w:basedOn w:val="Normal"/>
    <w:link w:val="Textoindependiente2Car"/>
    <w:uiPriority w:val="99"/>
    <w:unhideWhenUsed/>
    <w:rsid w:val="00AA1D8D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rsid w:val="00AA1D8D"/>
  </w:style>
  <w:style w:type="paragraph" w:styleId="Textoindependiente3">
    <w:name w:val="Body Text 3"/>
    <w:basedOn w:val="Normal"/>
    <w:link w:val="Textoindependiente3C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rsid w:val="00AA1D8D"/>
    <w:rPr>
      <w:sz w:val="16"/>
      <w:szCs w:val="16"/>
    </w:rPr>
  </w:style>
  <w:style w:type="paragraph" w:styleId="Lista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a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a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aconvietas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aconvietas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aconvietas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aconnmeros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aconnmeros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aconnmeros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Continuarlista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Textomacro">
    <w:name w:val="macro"/>
    <w:link w:val="TextomacroC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rsid w:val="0029639D"/>
    <w:rPr>
      <w:rFonts w:ascii="Courier" w:hAnsi="Courier"/>
      <w:sz w:val="20"/>
      <w:szCs w:val="20"/>
    </w:rPr>
  </w:style>
  <w:style w:type="paragraph" w:styleId="Cita">
    <w:name w:val="Quote"/>
    <w:basedOn w:val="Normal"/>
    <w:next w:val="Normal"/>
    <w:link w:val="CitaCar"/>
    <w:uiPriority w:val="29"/>
    <w:qFormat/>
    <w:rsid w:val="00FC693F"/>
    <w:rPr>
      <w:i/>
      <w:iCs/>
      <w:color w:val="000000" w:themeColor="text1"/>
    </w:rPr>
  </w:style>
  <w:style w:type="character" w:customStyle="1" w:styleId="CitaCar">
    <w:name w:val="Cita Car"/>
    <w:basedOn w:val="Fuentedeprrafopredeter"/>
    <w:link w:val="Cita"/>
    <w:uiPriority w:val="29"/>
    <w:rsid w:val="00FC693F"/>
    <w:rPr>
      <w:i/>
      <w:iCs/>
      <w:color w:val="000000" w:themeColor="text1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Textoennegrita">
    <w:name w:val="Strong"/>
    <w:basedOn w:val="Fuentedeprrafopredeter"/>
    <w:uiPriority w:val="22"/>
    <w:qFormat/>
    <w:rsid w:val="00FC693F"/>
    <w:rPr>
      <w:b/>
      <w:bCs/>
    </w:rPr>
  </w:style>
  <w:style w:type="character" w:styleId="nfasis">
    <w:name w:val="Emphasis"/>
    <w:basedOn w:val="Fuentedeprrafopredeter"/>
    <w:uiPriority w:val="20"/>
    <w:qFormat/>
    <w:rsid w:val="00FC693F"/>
    <w:rPr>
      <w:i/>
      <w:iCs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FC693F"/>
    <w:rPr>
      <w:b/>
      <w:bCs/>
      <w:i/>
      <w:iCs/>
      <w:color w:val="4F81BD" w:themeColor="accent1"/>
    </w:rPr>
  </w:style>
  <w:style w:type="character" w:styleId="nfasissutil">
    <w:name w:val="Subtle Emphasis"/>
    <w:basedOn w:val="Fuentedeprrafopredeter"/>
    <w:uiPriority w:val="19"/>
    <w:qFormat/>
    <w:rsid w:val="00FC693F"/>
    <w:rPr>
      <w:i/>
      <w:iCs/>
      <w:color w:val="808080" w:themeColor="text1" w:themeTint="7F"/>
    </w:rPr>
  </w:style>
  <w:style w:type="character" w:styleId="nfasisintenso">
    <w:name w:val="Intense Emphasis"/>
    <w:basedOn w:val="Fuentedeprrafopredeter"/>
    <w:uiPriority w:val="21"/>
    <w:qFormat/>
    <w:rsid w:val="00FC693F"/>
    <w:rPr>
      <w:b/>
      <w:bCs/>
      <w:i/>
      <w:iCs/>
      <w:color w:val="4F81BD" w:themeColor="accent1"/>
    </w:rPr>
  </w:style>
  <w:style w:type="character" w:styleId="Referenciasutil">
    <w:name w:val="Subtle Reference"/>
    <w:basedOn w:val="Fuentedeprrafopredeter"/>
    <w:uiPriority w:val="31"/>
    <w:qFormat/>
    <w:rsid w:val="00FC693F"/>
    <w:rPr>
      <w:smallCaps/>
      <w:color w:val="C0504D" w:themeColor="accent2"/>
      <w:u w:val="single"/>
    </w:rPr>
  </w:style>
  <w:style w:type="character" w:styleId="Referenciaintensa">
    <w:name w:val="Intense Reference"/>
    <w:basedOn w:val="Fuentedeprrafopredeter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Ttulodellibro">
    <w:name w:val="Book Title"/>
    <w:basedOn w:val="Fuentedeprrafopredeter"/>
    <w:uiPriority w:val="33"/>
    <w:qFormat/>
    <w:rsid w:val="00FC693F"/>
    <w:rPr>
      <w:b/>
      <w:bCs/>
      <w:smallCaps/>
      <w:spacing w:val="5"/>
    </w:rPr>
  </w:style>
  <w:style w:type="paragraph" w:styleId="TtuloTDC">
    <w:name w:val="TOC Heading"/>
    <w:basedOn w:val="Ttulo1"/>
    <w:next w:val="Normal"/>
    <w:uiPriority w:val="39"/>
    <w:semiHidden/>
    <w:unhideWhenUsed/>
    <w:qFormat/>
    <w:rsid w:val="00FC693F"/>
    <w:pPr>
      <w:outlineLvl w:val="9"/>
    </w:pPr>
  </w:style>
  <w:style w:type="table" w:styleId="Tablaconcuadrcula">
    <w:name w:val="Table Grid"/>
    <w:basedOn w:val="Tabla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ombreadoclaro">
    <w:name w:val="Light Shading"/>
    <w:basedOn w:val="Tabla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Sombreadoclaro-nfasis2">
    <w:name w:val="Light Shading Accent 2"/>
    <w:basedOn w:val="Tabla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Sombreadoclaro-nfasis3">
    <w:name w:val="Light Shading Accent 3"/>
    <w:basedOn w:val="Tabla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Sombreadoclaro-nfasis4">
    <w:name w:val="Light Shading Accent 4"/>
    <w:basedOn w:val="Tabla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Sombreadoclaro-nfasis5">
    <w:name w:val="Light Shading Accent 5"/>
    <w:basedOn w:val="Tabla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Sombreadoclaro-nfasis6">
    <w:name w:val="Light Shading Accent 6"/>
    <w:basedOn w:val="Tabla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staclara">
    <w:name w:val="Light List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staclara-nfasis2">
    <w:name w:val="Light List Accent 2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staclara-nfasis3">
    <w:name w:val="Light List Accent 3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staclara-nfasis4">
    <w:name w:val="Light List Accent 4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staclara-nfasis5">
    <w:name w:val="Light List Accent 5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staclara-nfasis6">
    <w:name w:val="Light List Accent 6"/>
    <w:basedOn w:val="Tabla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Cuadrculaclara">
    <w:name w:val="Light Grid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Cuadrculaclara-nfasis2">
    <w:name w:val="Light Grid Accent 2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Cuadrculaclara-nfasis4">
    <w:name w:val="Light Grid Accent 4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Cuadrculaclara-nfasis5">
    <w:name w:val="Light Grid Accent 5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-nfasis6">
    <w:name w:val="Light Grid Accent 6"/>
    <w:basedOn w:val="Tabla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Sombreadomedio1">
    <w:name w:val="Medium Shading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1">
    <w:name w:val="Medium Lis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Listamedia1-nfasis2">
    <w:name w:val="Medium List 1 Accent 2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Listamedia1-nfasis3">
    <w:name w:val="Medium List 1 Accent 3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Listamedia1-nfasis4">
    <w:name w:val="Medium List 1 Accent 4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Listamedia1-nfasis5">
    <w:name w:val="Medium List 1 Accent 5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Listamedia1-nfasis6">
    <w:name w:val="Medium List 1 Accent 6"/>
    <w:basedOn w:val="Tabla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Listamedia2">
    <w:name w:val="Medium Lis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1">
    <w:name w:val="Medium Grid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media1-nfasis2">
    <w:name w:val="Medium Grid 1 Accent 2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3">
    <w:name w:val="Medium Grid 1 Accent 3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media1-nfasis4">
    <w:name w:val="Medium Grid 1 Accent 4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media1-nfasis5">
    <w:name w:val="Medium Grid 1 Accent 5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media1-nfasis6">
    <w:name w:val="Medium Grid 1 Accent 6"/>
    <w:basedOn w:val="Tabla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Cuadrculamedia2">
    <w:name w:val="Medium Grid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Cuadrculamedia3-nfasis2">
    <w:name w:val="Medium Grid 3 Accent 2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3-nfasis3">
    <w:name w:val="Medium Grid 3 Accent 3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Cuadrculamedia3-nfasis4">
    <w:name w:val="Medium Grid 3 Accent 4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Cuadrculamedia3-nfasis5">
    <w:name w:val="Medium Grid 3 Accent 5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Cuadrculamedia3-nfasis6">
    <w:name w:val="Medium Grid 3 Accent 6"/>
    <w:basedOn w:val="Tabla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Listaoscura">
    <w:name w:val="Dark List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Listaoscura-nfasis2">
    <w:name w:val="Dark List Accent 2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Listaoscura-nfasis3">
    <w:name w:val="Dark List Accent 3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Listaoscura-nfasis4">
    <w:name w:val="Dark List Accent 4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Listaoscura-nfasis5">
    <w:name w:val="Dark List Accent 5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Listaoscura-nfasis6">
    <w:name w:val="Dark List Accent 6"/>
    <w:basedOn w:val="Tabla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ombreadovistoso">
    <w:name w:val="Colorful Shading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Listavistosa">
    <w:name w:val="Colorful List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Listavistosa-nfasis2">
    <w:name w:val="Colorful List Accent 2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Listavistosa-nfasis3">
    <w:name w:val="Colorful List Accent 3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Listavistosa-nfasis4">
    <w:name w:val="Colorful List Accent 4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Listavistosa-nfasis5">
    <w:name w:val="Colorful List Accent 5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Listavistosa-nfasis6">
    <w:name w:val="Colorful List Accent 6"/>
    <w:basedOn w:val="Tabla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uadrculavistosa">
    <w:name w:val="Colorful Grid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539</Words>
  <Characters>2967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3500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srojeda21@outlook.com</cp:lastModifiedBy>
  <cp:revision>2</cp:revision>
  <dcterms:created xsi:type="dcterms:W3CDTF">2013-12-23T23:15:00Z</dcterms:created>
  <dcterms:modified xsi:type="dcterms:W3CDTF">2025-11-15T21:24:00Z</dcterms:modified>
  <cp:category/>
</cp:coreProperties>
</file>